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B1E839" w14:textId="77777777" w:rsidR="00792E55" w:rsidRDefault="00792E55">
      <w:pPr>
        <w:spacing w:after="360"/>
      </w:pPr>
    </w:p>
    <w:p w14:paraId="4626B024" w14:textId="77777777" w:rsidR="00792E55" w:rsidRDefault="00792E55">
      <w:pPr>
        <w:spacing w:after="360"/>
      </w:pPr>
    </w:p>
    <w:p w14:paraId="55404253" w14:textId="77777777" w:rsidR="00792E55" w:rsidRDefault="00792E55">
      <w:pPr>
        <w:spacing w:after="360"/>
      </w:pPr>
    </w:p>
    <w:p w14:paraId="1D3D3D8D" w14:textId="7EAFA82C" w:rsidR="00792E55" w:rsidRDefault="00000000">
      <w:pPr>
        <w:spacing w:after="100"/>
        <w:jc w:val="center"/>
      </w:pPr>
      <w:r>
        <w:rPr>
          <w:b/>
          <w:color w:val="2E74B5"/>
          <w:sz w:val="18"/>
        </w:rPr>
        <w:t xml:space="preserve">TRIBE MEMBER WORKBOOK </w:t>
      </w:r>
    </w:p>
    <w:p w14:paraId="516F0411" w14:textId="77777777" w:rsidR="00792E55" w:rsidRDefault="00000000">
      <w:pPr>
        <w:pStyle w:val="Title"/>
        <w:jc w:val="center"/>
      </w:pPr>
      <w:r>
        <w:t>Build Your Best Routine</w:t>
      </w:r>
    </w:p>
    <w:p w14:paraId="2AFBE2B5" w14:textId="77777777" w:rsidR="00792E55" w:rsidRDefault="00000000">
      <w:pPr>
        <w:pStyle w:val="Subtitle"/>
        <w:spacing w:after="400"/>
        <w:jc w:val="center"/>
      </w:pPr>
      <w:r>
        <w:t>21 Days to Create Habits That Last</w:t>
      </w:r>
    </w:p>
    <w:p w14:paraId="1C350E20" w14:textId="77777777" w:rsidR="00792E55" w:rsidRDefault="00000000">
      <w:pPr>
        <w:spacing w:after="680"/>
        <w:jc w:val="center"/>
      </w:pPr>
      <w:r>
        <w:rPr>
          <w:b/>
          <w:color w:val="1F4D78"/>
        </w:rPr>
        <w:t>21-DAY CHALLENGE  |  AUGUST 6–26, 2026</w:t>
      </w:r>
    </w:p>
    <w:p w14:paraId="3A6BA955" w14:textId="77777777" w:rsidR="00792E55" w:rsidRDefault="00000000">
      <w:pPr>
        <w:shd w:val="clear" w:color="auto" w:fill="E8EEF5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Your August promise:  </w:t>
      </w:r>
      <w:r>
        <w:rPr>
          <w:sz w:val="21"/>
        </w:rPr>
        <w:t>I will not wait for September. I will build better habits, fuel my hormones, naturally support GLP-1, and simplify healthy eating—one repeatable choice at a time.</w:t>
      </w:r>
    </w:p>
    <w:p w14:paraId="4F4BF533" w14:textId="77777777" w:rsidR="00792E55" w:rsidRDefault="00000000">
      <w:pPr>
        <w:spacing w:before="900"/>
        <w:jc w:val="center"/>
      </w:pPr>
      <w:r>
        <w:rPr>
          <w:b/>
          <w:color w:val="5F6B76"/>
          <w:sz w:val="17"/>
        </w:rPr>
        <w:t>NAME</w:t>
      </w:r>
    </w:p>
    <w:p w14:paraId="300A7EC5" w14:textId="77777777" w:rsidR="00792E55" w:rsidRDefault="00792E55">
      <w:pPr>
        <w:pBdr>
          <w:bottom w:val="single" w:sz="7" w:space="2" w:color="1F4D78"/>
        </w:pBdr>
        <w:spacing w:after="80"/>
        <w:ind w:left="1656" w:right="1656"/>
      </w:pPr>
    </w:p>
    <w:p w14:paraId="1DAE0BDB" w14:textId="77777777" w:rsidR="00792E55" w:rsidRDefault="00000000">
      <w:pPr>
        <w:jc w:val="center"/>
      </w:pPr>
      <w:r>
        <w:rPr>
          <w:i/>
          <w:color w:val="5F6B76"/>
          <w:sz w:val="19"/>
        </w:rPr>
        <w:t>Class kickoff: August 5  •  Labor Day check-in: September 7</w:t>
      </w:r>
    </w:p>
    <w:p w14:paraId="3909A48E" w14:textId="77777777" w:rsidR="00792E55" w:rsidRDefault="00000000">
      <w:pPr>
        <w:spacing w:before="200" w:after="0"/>
        <w:jc w:val="center"/>
      </w:pPr>
      <w:r>
        <w:rPr>
          <w:color w:val="5F6B76"/>
          <w:sz w:val="17"/>
        </w:rPr>
        <w:t>© 2026 Brenda Bennett. All rights reserved.</w:t>
      </w:r>
    </w:p>
    <w:p w14:paraId="41FAA6D0" w14:textId="77777777" w:rsidR="00792E55" w:rsidRDefault="00000000">
      <w:r>
        <w:br w:type="page"/>
      </w:r>
    </w:p>
    <w:p w14:paraId="47DE617D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WELCOME</w:t>
      </w:r>
    </w:p>
    <w:p w14:paraId="394ECFC7" w14:textId="77777777" w:rsidR="00792E55" w:rsidRDefault="00000000">
      <w:pPr>
        <w:pStyle w:val="Heading1"/>
        <w:spacing w:before="0"/>
      </w:pPr>
      <w:r>
        <w:t>This Isn’t Another Diet</w:t>
      </w:r>
    </w:p>
    <w:p w14:paraId="1F85D731" w14:textId="77777777" w:rsidR="00792E55" w:rsidRDefault="00000000">
      <w:pPr>
        <w:spacing w:after="200"/>
      </w:pPr>
      <w:r>
        <w:rPr>
          <w:i/>
          <w:color w:val="5F6B76"/>
          <w:sz w:val="21"/>
        </w:rPr>
        <w:t>It is 21 days dedicated to creating the routines your midlife body has been asking for.</w:t>
      </w:r>
    </w:p>
    <w:p w14:paraId="6C9D3ABB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Build better habits</w:t>
      </w:r>
    </w:p>
    <w:p w14:paraId="66E30028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Fuel your hormones</w:t>
      </w:r>
    </w:p>
    <w:p w14:paraId="2D89F1D9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Naturally support GLP-1</w:t>
      </w:r>
    </w:p>
    <w:p w14:paraId="200FDA37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Simplify healthy eating</w:t>
      </w:r>
    </w:p>
    <w:p w14:paraId="1B33354B" w14:textId="77777777" w:rsidR="00792E55" w:rsidRDefault="00000000">
      <w:r>
        <w:t>During this challenge, you’ll learn how to build satisfying high-protein meals, naturally support healthy GLP-1 production, reduce cravings, simplify meal planning, and create daily habits that become second nature.</w:t>
      </w:r>
    </w:p>
    <w:p w14:paraId="16903266" w14:textId="77777777" w:rsidR="00792E55" w:rsidRDefault="00000000">
      <w:pPr>
        <w:shd w:val="clear" w:color="auto" w:fill="E8EEF5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The goal isn’t perfection.  </w:t>
      </w:r>
      <w:r>
        <w:rPr>
          <w:sz w:val="21"/>
        </w:rPr>
        <w:t>It’s consistency.</w:t>
      </w:r>
    </w:p>
    <w:p w14:paraId="34EA36B7" w14:textId="77777777" w:rsidR="00792E55" w:rsidRDefault="00000000">
      <w:pPr>
        <w:pStyle w:val="Heading2"/>
      </w:pPr>
      <w:r>
        <w:t>My Why</w:t>
      </w:r>
    </w:p>
    <w:p w14:paraId="1841E525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Why is now the right time for me to prioritize my health?</w:t>
      </w:r>
    </w:p>
    <w:p w14:paraId="33008E0A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3755E80E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75B4336E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How do I want to feel in 21 days?</w:t>
      </w:r>
    </w:p>
    <w:p w14:paraId="1D25F4B4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54296CE3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544335F4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What habit will have the biggest impact on my life?</w:t>
      </w:r>
    </w:p>
    <w:p w14:paraId="3179A44A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2A06BC6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7F5349F1" w14:textId="77777777" w:rsidR="00792E55" w:rsidRDefault="00000000">
      <w:r>
        <w:br w:type="page"/>
      </w:r>
    </w:p>
    <w:p w14:paraId="3948998A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START HERE</w:t>
      </w:r>
    </w:p>
    <w:p w14:paraId="313707B2" w14:textId="77777777" w:rsidR="00792E55" w:rsidRDefault="00000000">
      <w:pPr>
        <w:pStyle w:val="Heading1"/>
        <w:spacing w:before="0"/>
      </w:pPr>
      <w:r>
        <w:t>How to Use This Workbook</w:t>
      </w:r>
    </w:p>
    <w:p w14:paraId="272EF2DC" w14:textId="77777777" w:rsidR="00792E55" w:rsidRDefault="00000000">
      <w:pPr>
        <w:spacing w:after="200"/>
      </w:pPr>
      <w:r>
        <w:rPr>
          <w:i/>
          <w:color w:val="5F6B76"/>
          <w:sz w:val="21"/>
        </w:rPr>
        <w:t>This is a practice tool, not a report card.</w:t>
      </w:r>
    </w:p>
    <w:p w14:paraId="4F27A86E" w14:textId="77777777" w:rsidR="00792E55" w:rsidRDefault="00000000">
      <w:pPr>
        <w:shd w:val="clear" w:color="auto" w:fill="E8EEF5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Central message:  </w:t>
      </w:r>
      <w:r>
        <w:rPr>
          <w:sz w:val="21"/>
        </w:rPr>
        <w:t>Tracking is information, not judgment. Small, repeated choices create results.</w:t>
      </w:r>
    </w:p>
    <w:p w14:paraId="3F755AE1" w14:textId="77777777" w:rsidR="00792E55" w:rsidRDefault="00000000">
      <w:pPr>
        <w:pStyle w:val="Heading2"/>
      </w:pPr>
      <w:r>
        <w:t>Your 21 + 12 roadmap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900"/>
        <w:gridCol w:w="1700"/>
        <w:gridCol w:w="5760"/>
      </w:tblGrid>
      <w:tr w:rsidR="00792E55" w14:paraId="7D828EBE" w14:textId="77777777">
        <w:trPr>
          <w:tblHeader/>
        </w:trPr>
        <w:tc>
          <w:tcPr>
            <w:tcW w:w="1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2C3831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7"/>
              </w:rPr>
              <w:t>DATES</w:t>
            </w:r>
          </w:p>
        </w:tc>
        <w:tc>
          <w:tcPr>
            <w:tcW w:w="17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746A17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7"/>
              </w:rPr>
              <w:t>PHASE</w:t>
            </w:r>
          </w:p>
        </w:tc>
        <w:tc>
          <w:tcPr>
            <w:tcW w:w="57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1700B3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7"/>
              </w:rPr>
              <w:t>FOCUS</w:t>
            </w:r>
          </w:p>
        </w:tc>
      </w:tr>
      <w:tr w:rsidR="00792E55" w14:paraId="1DBE8F9C" w14:textId="77777777">
        <w:tc>
          <w:tcPr>
            <w:tcW w:w="1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AB0650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8"/>
              </w:rPr>
              <w:t>AUG 6–12</w:t>
            </w:r>
          </w:p>
        </w:tc>
        <w:tc>
          <w:tcPr>
            <w:tcW w:w="17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1DE523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Week 1</w:t>
            </w:r>
          </w:p>
        </w:tc>
        <w:tc>
          <w:tcPr>
            <w:tcW w:w="57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C1A6D" w14:textId="77777777" w:rsidR="00792E55" w:rsidRDefault="00000000">
            <w:pPr>
              <w:spacing w:after="0" w:line="252" w:lineRule="auto"/>
            </w:pPr>
            <w:r>
              <w:rPr>
                <w:sz w:val="18"/>
              </w:rPr>
              <w:t>Track and learn</w:t>
            </w:r>
          </w:p>
        </w:tc>
      </w:tr>
      <w:tr w:rsidR="00792E55" w14:paraId="4C5C9EAB" w14:textId="77777777">
        <w:tc>
          <w:tcPr>
            <w:tcW w:w="1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980482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8"/>
              </w:rPr>
              <w:t>AUG 13–19</w:t>
            </w:r>
          </w:p>
        </w:tc>
        <w:tc>
          <w:tcPr>
            <w:tcW w:w="17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F1BB0F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Week 2</w:t>
            </w:r>
          </w:p>
        </w:tc>
        <w:tc>
          <w:tcPr>
            <w:tcW w:w="57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A1DB08" w14:textId="77777777" w:rsidR="00792E55" w:rsidRDefault="00000000">
            <w:pPr>
              <w:spacing w:after="0" w:line="252" w:lineRule="auto"/>
            </w:pPr>
            <w:r>
              <w:rPr>
                <w:sz w:val="18"/>
              </w:rPr>
              <w:t>Keep tracking; add strategy</w:t>
            </w:r>
          </w:p>
        </w:tc>
      </w:tr>
      <w:tr w:rsidR="00792E55" w14:paraId="7C7A1E05" w14:textId="77777777">
        <w:tc>
          <w:tcPr>
            <w:tcW w:w="1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3FDB05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8"/>
              </w:rPr>
              <w:t>AUG 20–26</w:t>
            </w:r>
          </w:p>
        </w:tc>
        <w:tc>
          <w:tcPr>
            <w:tcW w:w="17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C1FA93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Week 3</w:t>
            </w:r>
          </w:p>
        </w:tc>
        <w:tc>
          <w:tcPr>
            <w:tcW w:w="57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B6B63E" w14:textId="77777777" w:rsidR="00792E55" w:rsidRDefault="00000000">
            <w:pPr>
              <w:spacing w:after="0" w:line="252" w:lineRule="auto"/>
            </w:pPr>
            <w:r>
              <w:rPr>
                <w:sz w:val="18"/>
              </w:rPr>
              <w:t>Repeat, refine, build consistency</w:t>
            </w:r>
          </w:p>
        </w:tc>
      </w:tr>
      <w:tr w:rsidR="00792E55" w14:paraId="7C580ACD" w14:textId="77777777">
        <w:tc>
          <w:tcPr>
            <w:tcW w:w="1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DE9A2E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8"/>
              </w:rPr>
              <w:t>AUG 27–SEP 7</w:t>
            </w:r>
          </w:p>
        </w:tc>
        <w:tc>
          <w:tcPr>
            <w:tcW w:w="17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CDBF63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+12 days</w:t>
            </w:r>
          </w:p>
        </w:tc>
        <w:tc>
          <w:tcPr>
            <w:tcW w:w="57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34095E" w14:textId="77777777" w:rsidR="00792E55" w:rsidRDefault="00000000">
            <w:pPr>
              <w:spacing w:after="0" w:line="252" w:lineRule="auto"/>
            </w:pPr>
            <w:r>
              <w:rPr>
                <w:sz w:val="18"/>
              </w:rPr>
              <w:t>Reinforce routines through Labor Day</w:t>
            </w:r>
          </w:p>
        </w:tc>
      </w:tr>
    </w:tbl>
    <w:p w14:paraId="58A34864" w14:textId="77777777" w:rsidR="00792E55" w:rsidRDefault="00000000">
      <w:pPr>
        <w:pStyle w:val="Heading2"/>
      </w:pPr>
      <w:r>
        <w:t>Four ways to use it</w:t>
      </w:r>
    </w:p>
    <w:p w14:paraId="0B1D1027" w14:textId="77777777" w:rsidR="00792E55" w:rsidRDefault="00000000">
      <w:pPr>
        <w:pStyle w:val="ListNumber"/>
      </w:pPr>
      <w:r>
        <w:t>Complete the opening reset pages before or just after the kickoff class.</w:t>
      </w:r>
    </w:p>
    <w:p w14:paraId="75016A40" w14:textId="77777777" w:rsidR="00792E55" w:rsidRDefault="00000000">
      <w:pPr>
        <w:pStyle w:val="ListNumber"/>
      </w:pPr>
      <w:r>
        <w:t>Choose one primary tracking method and one backup method.</w:t>
      </w:r>
    </w:p>
    <w:p w14:paraId="52562165" w14:textId="77777777" w:rsidR="00792E55" w:rsidRDefault="00000000">
      <w:pPr>
        <w:pStyle w:val="ListNumber"/>
      </w:pPr>
      <w:r>
        <w:t>Use the weekly grids for accountability; use your notebook or app for detailed food entries.</w:t>
      </w:r>
    </w:p>
    <w:p w14:paraId="4D4BFB2E" w14:textId="77777777" w:rsidR="00792E55" w:rsidRDefault="00000000">
      <w:pPr>
        <w:pStyle w:val="ListNumber"/>
      </w:pPr>
      <w:r>
        <w:t>Review patterns with curiosity. Record, learn, and return at the very next choice.</w:t>
      </w:r>
    </w:p>
    <w:p w14:paraId="76EFE53B" w14:textId="77777777" w:rsidR="00792E55" w:rsidRDefault="00000000">
      <w:pPr>
        <w:shd w:val="clear" w:color="auto" w:fill="F2F4F7"/>
        <w:spacing w:before="100" w:after="160" w:line="276" w:lineRule="auto"/>
        <w:ind w:left="173" w:right="173"/>
      </w:pPr>
      <w:r>
        <w:rPr>
          <w:b/>
          <w:color w:val="7A5A00"/>
          <w:sz w:val="21"/>
        </w:rPr>
        <w:t xml:space="preserve">For every member:  </w:t>
      </w:r>
      <w:r>
        <w:rPr>
          <w:sz w:val="21"/>
        </w:rPr>
        <w:t>Numerical tracking is not the only option. If calorie or macro tracking is emotionally or medically unsafe, choose a clinician-guided written, photo, or meal-pattern log.</w:t>
      </w:r>
    </w:p>
    <w:p w14:paraId="6C39FA3F" w14:textId="77777777" w:rsidR="00792E55" w:rsidRDefault="00000000">
      <w:r>
        <w:br w:type="page"/>
      </w:r>
    </w:p>
    <w:p w14:paraId="07423FCC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WHOLE-PERSON PROGRESS</w:t>
      </w:r>
    </w:p>
    <w:p w14:paraId="139620CC" w14:textId="77777777" w:rsidR="00792E55" w:rsidRDefault="00000000">
      <w:pPr>
        <w:pStyle w:val="Heading1"/>
        <w:spacing w:before="0"/>
      </w:pPr>
      <w:r>
        <w:t>My Starting Snapshot</w:t>
      </w:r>
    </w:p>
    <w:p w14:paraId="0174E19E" w14:textId="77777777" w:rsidR="00792E55" w:rsidRDefault="00000000">
      <w:pPr>
        <w:spacing w:after="200"/>
      </w:pPr>
      <w:r>
        <w:rPr>
          <w:i/>
          <w:color w:val="5F6B76"/>
          <w:sz w:val="21"/>
        </w:rPr>
        <w:t>Choose a starting score or a few honest words. Weight is optional—not the whole story.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300"/>
        <w:gridCol w:w="1600"/>
        <w:gridCol w:w="5460"/>
      </w:tblGrid>
      <w:tr w:rsidR="00792E55" w14:paraId="09512DB1" w14:textId="77777777">
        <w:trPr>
          <w:tblHeader/>
        </w:trPr>
        <w:tc>
          <w:tcPr>
            <w:tcW w:w="2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7C002404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7"/>
              </w:rPr>
              <w:t>AREA</w:t>
            </w:r>
          </w:p>
        </w:tc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2C72A172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7"/>
              </w:rPr>
              <w:t>TODAY</w:t>
            </w:r>
          </w:p>
        </w:tc>
        <w:tc>
          <w:tcPr>
            <w:tcW w:w="5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44A85852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7"/>
              </w:rPr>
              <w:t>HOW I WANT TO FEEL / CHANGE</w:t>
            </w:r>
          </w:p>
        </w:tc>
      </w:tr>
      <w:tr w:rsidR="00792E55" w14:paraId="77B46410" w14:textId="77777777">
        <w:tc>
          <w:tcPr>
            <w:tcW w:w="2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0A5281FF" w14:textId="77777777" w:rsidR="00792E55" w:rsidRDefault="00000000">
            <w:pPr>
              <w:spacing w:after="0" w:line="252" w:lineRule="auto"/>
            </w:pPr>
            <w:r>
              <w:rPr>
                <w:b/>
                <w:sz w:val="18"/>
              </w:rPr>
              <w:t>Energy</w:t>
            </w:r>
          </w:p>
        </w:tc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1A51CAF0" w14:textId="77777777" w:rsidR="00792E55" w:rsidRDefault="00792E55">
            <w:pPr>
              <w:spacing w:after="0" w:line="252" w:lineRule="auto"/>
              <w:jc w:val="center"/>
            </w:pPr>
          </w:p>
        </w:tc>
        <w:tc>
          <w:tcPr>
            <w:tcW w:w="5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4EE30E9C" w14:textId="77777777" w:rsidR="00792E55" w:rsidRDefault="00792E55">
            <w:pPr>
              <w:spacing w:after="0" w:line="252" w:lineRule="auto"/>
            </w:pPr>
          </w:p>
        </w:tc>
      </w:tr>
      <w:tr w:rsidR="00792E55" w14:paraId="3110BBD9" w14:textId="77777777">
        <w:tc>
          <w:tcPr>
            <w:tcW w:w="2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5E6FC182" w14:textId="77777777" w:rsidR="00792E55" w:rsidRDefault="00000000">
            <w:pPr>
              <w:spacing w:after="0" w:line="252" w:lineRule="auto"/>
            </w:pPr>
            <w:r>
              <w:rPr>
                <w:b/>
                <w:sz w:val="18"/>
              </w:rPr>
              <w:t>Sleep</w:t>
            </w:r>
          </w:p>
        </w:tc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005F7046" w14:textId="77777777" w:rsidR="00792E55" w:rsidRDefault="00792E55">
            <w:pPr>
              <w:spacing w:after="0" w:line="252" w:lineRule="auto"/>
              <w:jc w:val="center"/>
            </w:pPr>
          </w:p>
        </w:tc>
        <w:tc>
          <w:tcPr>
            <w:tcW w:w="5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6862CAF3" w14:textId="77777777" w:rsidR="00792E55" w:rsidRDefault="00792E55">
            <w:pPr>
              <w:spacing w:after="0" w:line="252" w:lineRule="auto"/>
            </w:pPr>
          </w:p>
        </w:tc>
      </w:tr>
      <w:tr w:rsidR="00792E55" w14:paraId="7FF21F20" w14:textId="77777777">
        <w:tc>
          <w:tcPr>
            <w:tcW w:w="2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6A034773" w14:textId="77777777" w:rsidR="00792E55" w:rsidRDefault="00000000">
            <w:pPr>
              <w:spacing w:after="0" w:line="252" w:lineRule="auto"/>
            </w:pPr>
            <w:r>
              <w:rPr>
                <w:b/>
                <w:sz w:val="18"/>
              </w:rPr>
              <w:t>Confidence</w:t>
            </w:r>
          </w:p>
        </w:tc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1AD8FBE5" w14:textId="77777777" w:rsidR="00792E55" w:rsidRDefault="00792E55">
            <w:pPr>
              <w:spacing w:after="0" w:line="252" w:lineRule="auto"/>
              <w:jc w:val="center"/>
            </w:pPr>
          </w:p>
        </w:tc>
        <w:tc>
          <w:tcPr>
            <w:tcW w:w="5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11443000" w14:textId="77777777" w:rsidR="00792E55" w:rsidRDefault="00792E55">
            <w:pPr>
              <w:spacing w:after="0" w:line="252" w:lineRule="auto"/>
            </w:pPr>
          </w:p>
        </w:tc>
      </w:tr>
      <w:tr w:rsidR="00792E55" w14:paraId="1D188FE6" w14:textId="77777777">
        <w:tc>
          <w:tcPr>
            <w:tcW w:w="2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06A1187F" w14:textId="77777777" w:rsidR="00792E55" w:rsidRDefault="00000000">
            <w:pPr>
              <w:spacing w:after="0" w:line="252" w:lineRule="auto"/>
            </w:pPr>
            <w:r>
              <w:rPr>
                <w:b/>
                <w:sz w:val="18"/>
              </w:rPr>
              <w:t>Strength</w:t>
            </w:r>
          </w:p>
        </w:tc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6D357C01" w14:textId="77777777" w:rsidR="00792E55" w:rsidRDefault="00792E55">
            <w:pPr>
              <w:spacing w:after="0" w:line="252" w:lineRule="auto"/>
              <w:jc w:val="center"/>
            </w:pPr>
          </w:p>
        </w:tc>
        <w:tc>
          <w:tcPr>
            <w:tcW w:w="5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37E31139" w14:textId="77777777" w:rsidR="00792E55" w:rsidRDefault="00792E55">
            <w:pPr>
              <w:spacing w:after="0" w:line="252" w:lineRule="auto"/>
            </w:pPr>
          </w:p>
        </w:tc>
      </w:tr>
      <w:tr w:rsidR="00792E55" w14:paraId="499FF3E0" w14:textId="77777777">
        <w:tc>
          <w:tcPr>
            <w:tcW w:w="2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52553C60" w14:textId="533ED61F" w:rsidR="00792E55" w:rsidRDefault="00000000">
            <w:pPr>
              <w:spacing w:after="0" w:line="252" w:lineRule="auto"/>
            </w:pPr>
            <w:r>
              <w:rPr>
                <w:b/>
                <w:sz w:val="18"/>
              </w:rPr>
              <w:t>Cravings</w:t>
            </w:r>
            <w:r w:rsidR="00D16797">
              <w:rPr>
                <w:b/>
                <w:sz w:val="18"/>
              </w:rPr>
              <w:t>/Mood</w:t>
            </w:r>
          </w:p>
        </w:tc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2AFA1634" w14:textId="77777777" w:rsidR="00792E55" w:rsidRDefault="00792E55">
            <w:pPr>
              <w:spacing w:after="0" w:line="252" w:lineRule="auto"/>
              <w:jc w:val="center"/>
            </w:pPr>
          </w:p>
        </w:tc>
        <w:tc>
          <w:tcPr>
            <w:tcW w:w="5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57328EDF" w14:textId="77777777" w:rsidR="00792E55" w:rsidRDefault="00792E55">
            <w:pPr>
              <w:spacing w:after="0" w:line="252" w:lineRule="auto"/>
            </w:pPr>
          </w:p>
        </w:tc>
      </w:tr>
      <w:tr w:rsidR="00792E55" w14:paraId="6AFCADEB" w14:textId="77777777">
        <w:tc>
          <w:tcPr>
            <w:tcW w:w="2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185BC3AD" w14:textId="101827A2" w:rsidR="00792E55" w:rsidRDefault="00D16797">
            <w:pPr>
              <w:spacing w:after="0" w:line="252" w:lineRule="auto"/>
            </w:pPr>
            <w:r>
              <w:rPr>
                <w:b/>
                <w:sz w:val="18"/>
              </w:rPr>
              <w:t>M</w:t>
            </w:r>
            <w:r>
              <w:rPr>
                <w:b/>
                <w:sz w:val="18"/>
              </w:rPr>
              <w:t>easurements</w:t>
            </w:r>
          </w:p>
        </w:tc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136E7B86" w14:textId="77777777" w:rsidR="00792E55" w:rsidRDefault="00792E55">
            <w:pPr>
              <w:spacing w:after="0" w:line="252" w:lineRule="auto"/>
              <w:jc w:val="center"/>
            </w:pPr>
          </w:p>
        </w:tc>
        <w:tc>
          <w:tcPr>
            <w:tcW w:w="5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10857596" w14:textId="77777777" w:rsidR="00792E55" w:rsidRDefault="00792E55">
            <w:pPr>
              <w:spacing w:after="0" w:line="252" w:lineRule="auto"/>
            </w:pPr>
          </w:p>
        </w:tc>
      </w:tr>
      <w:tr w:rsidR="00792E55" w14:paraId="613C07DF" w14:textId="77777777">
        <w:tc>
          <w:tcPr>
            <w:tcW w:w="2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7AA8F393" w14:textId="77777777" w:rsidR="00792E55" w:rsidRDefault="00000000">
            <w:pPr>
              <w:spacing w:after="0" w:line="252" w:lineRule="auto"/>
            </w:pPr>
            <w:r>
              <w:rPr>
                <w:b/>
                <w:sz w:val="18"/>
              </w:rPr>
              <w:t>Digestive health</w:t>
            </w:r>
          </w:p>
        </w:tc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3E953B20" w14:textId="77777777" w:rsidR="00792E55" w:rsidRDefault="00792E55">
            <w:pPr>
              <w:spacing w:after="0" w:line="252" w:lineRule="auto"/>
              <w:jc w:val="center"/>
            </w:pPr>
          </w:p>
        </w:tc>
        <w:tc>
          <w:tcPr>
            <w:tcW w:w="5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7E0A03AD" w14:textId="77777777" w:rsidR="00792E55" w:rsidRDefault="00792E55">
            <w:pPr>
              <w:spacing w:after="0" w:line="252" w:lineRule="auto"/>
            </w:pPr>
          </w:p>
        </w:tc>
      </w:tr>
      <w:tr w:rsidR="00792E55" w14:paraId="3A1FC021" w14:textId="77777777">
        <w:tc>
          <w:tcPr>
            <w:tcW w:w="2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5706D1CC" w14:textId="77777777" w:rsidR="00792E55" w:rsidRDefault="00000000">
            <w:pPr>
              <w:spacing w:after="0" w:line="252" w:lineRule="auto"/>
            </w:pPr>
            <w:r>
              <w:rPr>
                <w:b/>
                <w:sz w:val="18"/>
              </w:rPr>
              <w:t>Clothes fit</w:t>
            </w:r>
          </w:p>
        </w:tc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3BAB6C81" w14:textId="77777777" w:rsidR="00792E55" w:rsidRDefault="00792E55">
            <w:pPr>
              <w:spacing w:after="0" w:line="252" w:lineRule="auto"/>
              <w:jc w:val="center"/>
            </w:pPr>
          </w:p>
        </w:tc>
        <w:tc>
          <w:tcPr>
            <w:tcW w:w="5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3A6E7232" w14:textId="77777777" w:rsidR="00792E55" w:rsidRDefault="00792E55">
            <w:pPr>
              <w:spacing w:after="0" w:line="252" w:lineRule="auto"/>
            </w:pPr>
          </w:p>
        </w:tc>
      </w:tr>
      <w:tr w:rsidR="00792E55" w14:paraId="0E3B104B" w14:textId="77777777">
        <w:tc>
          <w:tcPr>
            <w:tcW w:w="2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6F1A9544" w14:textId="0D6C84C3" w:rsidR="00792E55" w:rsidRDefault="00000000">
            <w:pPr>
              <w:spacing w:after="0" w:line="252" w:lineRule="auto"/>
            </w:pPr>
            <w:r>
              <w:rPr>
                <w:b/>
                <w:sz w:val="18"/>
              </w:rPr>
              <w:t>Body composition</w:t>
            </w:r>
            <w:r w:rsidR="00D16797">
              <w:rPr>
                <w:b/>
                <w:sz w:val="18"/>
              </w:rPr>
              <w:t>/Fat %</w:t>
            </w:r>
          </w:p>
        </w:tc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69DD4564" w14:textId="77777777" w:rsidR="00792E55" w:rsidRDefault="00792E55">
            <w:pPr>
              <w:spacing w:after="0" w:line="252" w:lineRule="auto"/>
              <w:jc w:val="center"/>
            </w:pPr>
          </w:p>
        </w:tc>
        <w:tc>
          <w:tcPr>
            <w:tcW w:w="5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68BBF88C" w14:textId="77777777" w:rsidR="00792E55" w:rsidRDefault="00792E55">
            <w:pPr>
              <w:spacing w:after="0" w:line="252" w:lineRule="auto"/>
            </w:pPr>
          </w:p>
        </w:tc>
      </w:tr>
      <w:tr w:rsidR="00792E55" w14:paraId="77FB2E1B" w14:textId="77777777">
        <w:tc>
          <w:tcPr>
            <w:tcW w:w="2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0AECC346" w14:textId="004C4470" w:rsidR="00792E55" w:rsidRDefault="00000000">
            <w:pPr>
              <w:spacing w:after="0" w:line="252" w:lineRule="auto"/>
            </w:pPr>
            <w:r>
              <w:rPr>
                <w:b/>
                <w:sz w:val="18"/>
              </w:rPr>
              <w:t xml:space="preserve">Weight </w:t>
            </w:r>
          </w:p>
        </w:tc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380C067C" w14:textId="77777777" w:rsidR="00792E55" w:rsidRDefault="00792E55">
            <w:pPr>
              <w:spacing w:after="0" w:line="252" w:lineRule="auto"/>
              <w:jc w:val="center"/>
            </w:pPr>
          </w:p>
        </w:tc>
        <w:tc>
          <w:tcPr>
            <w:tcW w:w="5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40618369" w14:textId="77777777" w:rsidR="00792E55" w:rsidRDefault="00792E55">
            <w:pPr>
              <w:spacing w:after="0" w:line="252" w:lineRule="auto"/>
            </w:pPr>
          </w:p>
        </w:tc>
      </w:tr>
    </w:tbl>
    <w:p w14:paraId="7A24AF47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progress marker that matters most to me right now:</w:t>
      </w:r>
    </w:p>
    <w:p w14:paraId="6C651F2A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7E698F81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How I will notice that progress in daily life:</w:t>
      </w:r>
    </w:p>
    <w:p w14:paraId="32B354CE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4C92FF0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5540E081" w14:textId="77777777" w:rsidR="00792E55" w:rsidRDefault="00000000">
      <w:r>
        <w:br w:type="page"/>
      </w:r>
    </w:p>
    <w:p w14:paraId="34F1984B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YOUR STARTING POINT</w:t>
      </w:r>
    </w:p>
    <w:p w14:paraId="336C5083" w14:textId="77777777" w:rsidR="00792E55" w:rsidRDefault="00000000">
      <w:pPr>
        <w:pStyle w:val="Heading1"/>
        <w:spacing w:before="0"/>
      </w:pPr>
      <w:r>
        <w:t>Summer Goal Reset</w:t>
      </w:r>
    </w:p>
    <w:p w14:paraId="5D596E35" w14:textId="77777777" w:rsidR="00792E55" w:rsidRDefault="00000000">
      <w:pPr>
        <w:spacing w:after="200"/>
      </w:pPr>
      <w:r>
        <w:rPr>
          <w:i/>
          <w:color w:val="5F6B76"/>
          <w:sz w:val="21"/>
        </w:rPr>
        <w:t>June was the starting line—not the deadline.</w:t>
      </w:r>
    </w:p>
    <w:p w14:paraId="4AE5BF12" w14:textId="77777777" w:rsidR="00792E55" w:rsidRDefault="00000000">
      <w:pPr>
        <w:pStyle w:val="Heading2"/>
      </w:pPr>
      <w:r>
        <w:t>Where are you today?</w:t>
      </w:r>
    </w:p>
    <w:p w14:paraId="6ADFEAE1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A — I reached my summer goal.</w:t>
      </w:r>
    </w:p>
    <w:p w14:paraId="2B42B5AC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B — I am making progress.</w:t>
      </w:r>
    </w:p>
    <w:p w14:paraId="39404B98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C — I am resetting today.</w:t>
      </w:r>
    </w:p>
    <w:p w14:paraId="72A0E453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D — I am new, and I am setting my goal now.</w:t>
      </w:r>
    </w:p>
    <w:p w14:paraId="216449C0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summer goal I set—or want to set now:</w:t>
      </w:r>
    </w:p>
    <w:p w14:paraId="1F6E1F7F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5EBB0F52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4947A1DE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What is already working, even a little:</w:t>
      </w:r>
    </w:p>
    <w:p w14:paraId="5C199CC3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5D9FB9E2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53AAF329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What has made follow-through harder:</w:t>
      </w:r>
    </w:p>
    <w:p w14:paraId="603F407D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7599D805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A012523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By Labor Day, I want to feel proud that I:</w:t>
      </w:r>
    </w:p>
    <w:p w14:paraId="08FA8A28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0E92DD3A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333DB27E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behavior I can repeat between now and then:</w:t>
      </w:r>
    </w:p>
    <w:p w14:paraId="60F55CFE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3FFD7894" w14:textId="77777777" w:rsidR="00792E55" w:rsidRDefault="00000000">
      <w:r>
        <w:br w:type="page"/>
      </w:r>
    </w:p>
    <w:p w14:paraId="7A07ACB7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WEEK ONE • BUILD YOUR ROUTINE</w:t>
      </w:r>
    </w:p>
    <w:p w14:paraId="1379D85A" w14:textId="77777777" w:rsidR="00792E55" w:rsidRDefault="00000000">
      <w:pPr>
        <w:pStyle w:val="Heading1"/>
        <w:spacing w:before="0"/>
      </w:pPr>
      <w:r>
        <w:t>Build a Routine That Holds You</w:t>
      </w:r>
    </w:p>
    <w:p w14:paraId="446DAF84" w14:textId="77777777" w:rsidR="00792E55" w:rsidRDefault="00000000">
      <w:pPr>
        <w:spacing w:after="200"/>
      </w:pPr>
      <w:r>
        <w:rPr>
          <w:i/>
          <w:color w:val="5F6B76"/>
          <w:sz w:val="21"/>
        </w:rPr>
        <w:t>Morning routine • Evening routine • Habit stacking • Identity</w:t>
      </w:r>
    </w:p>
    <w:p w14:paraId="3EF324FC" w14:textId="77777777" w:rsidR="00792E55" w:rsidRDefault="00000000">
      <w:pPr>
        <w:shd w:val="clear" w:color="auto" w:fill="F4F6F9"/>
        <w:spacing w:before="100" w:after="160" w:line="276" w:lineRule="auto"/>
        <w:ind w:left="173" w:right="173"/>
      </w:pPr>
      <w:r>
        <w:rPr>
          <w:b/>
          <w:color w:val="2E74B5"/>
          <w:sz w:val="21"/>
        </w:rPr>
        <w:t xml:space="preserve">Routine principle:  </w:t>
      </w:r>
      <w:r>
        <w:rPr>
          <w:sz w:val="21"/>
        </w:rPr>
        <w:t>Create a full version for ordinary days and a minimum version for busy, tired, or disrupted days.</w:t>
      </w:r>
    </w:p>
    <w:p w14:paraId="10DE9CB5" w14:textId="77777777" w:rsidR="00792E55" w:rsidRDefault="00000000">
      <w:pPr>
        <w:pStyle w:val="Heading2"/>
      </w:pPr>
      <w:r>
        <w:t>Map the day you actually live</w:t>
      </w:r>
    </w:p>
    <w:tbl>
      <w:tblPr>
        <w:tblStyle w:val="TableGrid"/>
        <w:tblW w:w="9360" w:type="dxa"/>
        <w:tblInd w:w="140" w:type="dxa"/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792E55" w14:paraId="7FF9C3AD" w14:textId="77777777">
        <w:trPr>
          <w:tblHeader/>
        </w:trPr>
        <w:tc>
          <w:tcPr>
            <w:tcW w:w="312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72E9855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8"/>
              </w:rPr>
              <w:t>MORNING</w:t>
            </w:r>
          </w:p>
        </w:tc>
        <w:tc>
          <w:tcPr>
            <w:tcW w:w="312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196C0C8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8"/>
              </w:rPr>
              <w:t>MIDDAY</w:t>
            </w:r>
          </w:p>
        </w:tc>
        <w:tc>
          <w:tcPr>
            <w:tcW w:w="312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F6E9291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8"/>
              </w:rPr>
              <w:t>EVENING</w:t>
            </w:r>
          </w:p>
        </w:tc>
      </w:tr>
      <w:tr w:rsidR="00792E55" w14:paraId="4599D594" w14:textId="77777777">
        <w:tc>
          <w:tcPr>
            <w:tcW w:w="312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BD4BF8E" w14:textId="77777777" w:rsidR="00792E55" w:rsidRDefault="00000000">
            <w:pPr>
              <w:spacing w:after="0" w:line="252" w:lineRule="auto"/>
            </w:pPr>
            <w:r>
              <w:rPr>
                <w:color w:val="5F6B76"/>
                <w:sz w:val="18"/>
              </w:rPr>
              <w:t>What already happens reliably?</w:t>
            </w:r>
            <w:r>
              <w:rPr>
                <w:color w:val="5F6B76"/>
                <w:sz w:val="18"/>
              </w:rPr>
              <w:br/>
            </w:r>
            <w:r>
              <w:rPr>
                <w:color w:val="5F6B76"/>
                <w:sz w:val="18"/>
              </w:rPr>
              <w:br/>
            </w:r>
            <w:r>
              <w:rPr>
                <w:color w:val="5F6B76"/>
                <w:sz w:val="18"/>
              </w:rPr>
              <w:br/>
            </w:r>
          </w:p>
        </w:tc>
        <w:tc>
          <w:tcPr>
            <w:tcW w:w="312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BC5803B" w14:textId="77777777" w:rsidR="00792E55" w:rsidRDefault="00000000">
            <w:pPr>
              <w:spacing w:after="0" w:line="252" w:lineRule="auto"/>
            </w:pPr>
            <w:r>
              <w:rPr>
                <w:color w:val="5F6B76"/>
                <w:sz w:val="18"/>
              </w:rPr>
              <w:t>Where do decisions pile up?</w:t>
            </w:r>
            <w:r>
              <w:rPr>
                <w:color w:val="5F6B76"/>
                <w:sz w:val="18"/>
              </w:rPr>
              <w:br/>
            </w:r>
            <w:r>
              <w:rPr>
                <w:color w:val="5F6B76"/>
                <w:sz w:val="18"/>
              </w:rPr>
              <w:br/>
            </w:r>
            <w:r>
              <w:rPr>
                <w:color w:val="5F6B76"/>
                <w:sz w:val="18"/>
              </w:rPr>
              <w:br/>
            </w:r>
          </w:p>
        </w:tc>
        <w:tc>
          <w:tcPr>
            <w:tcW w:w="312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2D52284" w14:textId="77777777" w:rsidR="00792E55" w:rsidRDefault="00000000">
            <w:pPr>
              <w:spacing w:after="0" w:line="252" w:lineRule="auto"/>
            </w:pPr>
            <w:r>
              <w:rPr>
                <w:color w:val="5F6B76"/>
                <w:sz w:val="18"/>
              </w:rPr>
              <w:t>When am I most vulnerable?</w:t>
            </w:r>
            <w:r>
              <w:rPr>
                <w:color w:val="5F6B76"/>
                <w:sz w:val="18"/>
              </w:rPr>
              <w:br/>
            </w:r>
            <w:r>
              <w:rPr>
                <w:color w:val="5F6B76"/>
                <w:sz w:val="18"/>
              </w:rPr>
              <w:br/>
            </w:r>
            <w:r>
              <w:rPr>
                <w:color w:val="5F6B76"/>
                <w:sz w:val="18"/>
              </w:rPr>
              <w:br/>
            </w:r>
          </w:p>
        </w:tc>
      </w:tr>
    </w:tbl>
    <w:p w14:paraId="39A36E61" w14:textId="77777777" w:rsidR="00792E55" w:rsidRDefault="00000000">
      <w:pPr>
        <w:pStyle w:val="Heading2"/>
      </w:pPr>
      <w:r>
        <w:t>Choose two anchors</w:t>
      </w:r>
    </w:p>
    <w:p w14:paraId="4DCE4106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morning anchor: After I __________, I will __________.</w:t>
      </w:r>
    </w:p>
    <w:p w14:paraId="7CA16F73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583D7AAC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evening anchor: After I __________, I will complete my two-minute review.</w:t>
      </w:r>
    </w:p>
    <w:p w14:paraId="499807E7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68740694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minimum version on a hard day:</w:t>
      </w:r>
    </w:p>
    <w:p w14:paraId="462D378D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4FB9099E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identity statement: I am a woman who ______________________________.</w:t>
      </w:r>
    </w:p>
    <w:p w14:paraId="08B2D3BC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4F7184E6" w14:textId="77777777" w:rsidR="00792E55" w:rsidRDefault="00000000">
      <w:pPr>
        <w:shd w:val="clear" w:color="auto" w:fill="F2F4F7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Keep it small:  </w:t>
      </w:r>
      <w:r>
        <w:rPr>
          <w:sz w:val="21"/>
        </w:rPr>
        <w:t>The minimum version should be so doable that you can complete it without a debate.</w:t>
      </w:r>
    </w:p>
    <w:p w14:paraId="51044ED5" w14:textId="77777777" w:rsidR="00792E55" w:rsidRDefault="00000000">
      <w:r>
        <w:br w:type="page"/>
      </w:r>
    </w:p>
    <w:p w14:paraId="2D513512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MORNING ANCHOR</w:t>
      </w:r>
    </w:p>
    <w:p w14:paraId="1F6DB867" w14:textId="77777777" w:rsidR="00792E55" w:rsidRDefault="00000000">
      <w:pPr>
        <w:pStyle w:val="Heading1"/>
        <w:spacing w:before="0"/>
      </w:pPr>
      <w:r>
        <w:t>Use Light to Start the Day</w:t>
      </w:r>
    </w:p>
    <w:p w14:paraId="4F47F81F" w14:textId="77777777" w:rsidR="00792E55" w:rsidRDefault="00000000">
      <w:pPr>
        <w:spacing w:after="200"/>
      </w:pPr>
      <w:r>
        <w:rPr>
          <w:i/>
          <w:color w:val="5F6B76"/>
          <w:sz w:val="21"/>
        </w:rPr>
        <w:t>Morning outdoor light is a practical cue for your body clock and your routine.</w:t>
      </w:r>
    </w:p>
    <w:p w14:paraId="170699A7" w14:textId="77777777" w:rsidR="00792E55" w:rsidRDefault="00000000">
      <w:pPr>
        <w:pStyle w:val="Heading2"/>
      </w:pPr>
      <w:r>
        <w:t>The coaching</w:t>
      </w:r>
    </w:p>
    <w:p w14:paraId="73414DB8" w14:textId="77777777" w:rsidR="00792E55" w:rsidRDefault="00000000">
      <w:r>
        <w:t>Light is one of the strongest signals for the circadian system. Hunger and appetite-related hormones also follow daily rhythms, but morning light is not a direct GLP-1 booster or a weight-loss shortcut. Think of it as an anchor that can support a steadier sleep-wake routine—and make other habits easier to repeat.</w:t>
      </w:r>
    </w:p>
    <w:p w14:paraId="2B4F7292" w14:textId="77777777" w:rsidR="00792E55" w:rsidRDefault="00000000">
      <w:pPr>
        <w:pStyle w:val="Heading2"/>
      </w:pPr>
      <w:r>
        <w:t>Your morning-light practice</w:t>
      </w:r>
    </w:p>
    <w:p w14:paraId="21EB2614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Go outdoors within the first hour after waking when possible.</w:t>
      </w:r>
    </w:p>
    <w:p w14:paraId="55209B57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Use 5–10 minutes as a simple starting point; allow longer on cloudy or darker mornings.</w:t>
      </w:r>
    </w:p>
    <w:p w14:paraId="5EF43CC8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Do not stare at the sun. Ordinary outdoor light exposure is the goal.</w:t>
      </w:r>
    </w:p>
    <w:p w14:paraId="5ACCBF3D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Pair it with something you already do: coffee, water, a dog walk, the mailbox, or a few quiet breaths.</w:t>
      </w:r>
    </w:p>
    <w:p w14:paraId="7BD1674A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usual wake time:</w:t>
      </w:r>
    </w:p>
    <w:p w14:paraId="2B7483CF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FF174B1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existing habit I will pair with outdoor light:</w:t>
      </w:r>
    </w:p>
    <w:p w14:paraId="5D1671A2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41122AB2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bad-weather / rushed-morning backup:</w:t>
      </w:r>
    </w:p>
    <w:p w14:paraId="70FCB625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9E48E39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What I will notice this week (sleep, hunger, energy, mood, routine consistency):</w:t>
      </w:r>
    </w:p>
    <w:p w14:paraId="4030E006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E0F0C50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12583381" w14:textId="77777777" w:rsidR="00792E55" w:rsidRDefault="00000000">
      <w:r>
        <w:br w:type="page"/>
      </w:r>
    </w:p>
    <w:p w14:paraId="5CBC988E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WEEK 1 FOUNDATION</w:t>
      </w:r>
    </w:p>
    <w:p w14:paraId="4A355E5F" w14:textId="77777777" w:rsidR="00792E55" w:rsidRDefault="00000000">
      <w:pPr>
        <w:pStyle w:val="Heading1"/>
        <w:spacing w:before="0"/>
      </w:pPr>
      <w:r>
        <w:t>Tracking: What Counts</w:t>
      </w:r>
    </w:p>
    <w:p w14:paraId="7C7233BB" w14:textId="77777777" w:rsidR="00792E55" w:rsidRDefault="00000000">
      <w:pPr>
        <w:spacing w:after="200"/>
      </w:pPr>
      <w:r>
        <w:rPr>
          <w:i/>
          <w:color w:val="5F6B76"/>
          <w:sz w:val="21"/>
        </w:rPr>
        <w:t>The log is your dashboard. Use it to steer, not to judge yourself.</w:t>
      </w:r>
    </w:p>
    <w:p w14:paraId="4437893D" w14:textId="77777777" w:rsidR="00792E55" w:rsidRDefault="00000000">
      <w:pPr>
        <w:shd w:val="clear" w:color="auto" w:fill="E8EEF5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Non-negotiable:  </w:t>
      </w:r>
      <w:r>
        <w:rPr>
          <w:sz w:val="21"/>
        </w:rPr>
        <w:t>Track the meals and moments you most want to skip. Those entries often contain the most useful information.</w:t>
      </w:r>
    </w:p>
    <w:p w14:paraId="2198D030" w14:textId="77777777" w:rsidR="00792E55" w:rsidRDefault="00000000">
      <w:pPr>
        <w:pStyle w:val="Heading2"/>
      </w:pPr>
      <w:r>
        <w:t>Track all of it</w:t>
      </w:r>
    </w:p>
    <w:p w14:paraId="7E7791E8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Every meal, planned snack, and caloric drink—and every unplanned snack or grazing episode too.</w:t>
      </w:r>
    </w:p>
    <w:p w14:paraId="4C2574A1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Portions, weighed or measured when reasonably available.</w:t>
      </w:r>
    </w:p>
    <w:p w14:paraId="53F82E5C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Cooking oils, dressings, sauces, creamers, alcohol, tastes, and bites.</w:t>
      </w:r>
    </w:p>
    <w:p w14:paraId="73177282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On-plan and off-plan eating—without erasing, hiding, or compensating afterward.</w:t>
      </w:r>
    </w:p>
    <w:p w14:paraId="6590E56D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One short context note when useful: hunger, fullness, energy, mood, situation, or trigger.</w:t>
      </w:r>
    </w:p>
    <w:p w14:paraId="02BE7EB6" w14:textId="77777777" w:rsidR="00792E55" w:rsidRDefault="00000000">
      <w:pPr>
        <w:pStyle w:val="Heading2"/>
      </w:pPr>
      <w:r>
        <w:t>The two-minute nightly review</w:t>
      </w:r>
    </w:p>
    <w:p w14:paraId="610FC61C" w14:textId="77777777" w:rsidR="00792E55" w:rsidRDefault="00000000">
      <w:pPr>
        <w:pStyle w:val="ListBullet"/>
      </w:pPr>
      <w:r>
        <w:t>Did I track everything I can remember?</w:t>
      </w:r>
    </w:p>
    <w:p w14:paraId="353010A4" w14:textId="77777777" w:rsidR="00792E55" w:rsidRDefault="00000000">
      <w:pPr>
        <w:pStyle w:val="ListBullet"/>
      </w:pPr>
      <w:r>
        <w:t>Where did most of my protein and fiber-rich foods come from?</w:t>
      </w:r>
    </w:p>
    <w:p w14:paraId="0FFB46B6" w14:textId="77777777" w:rsidR="00792E55" w:rsidRDefault="00000000">
      <w:pPr>
        <w:pStyle w:val="ListBullet"/>
      </w:pPr>
      <w:r>
        <w:t>When was I most hungry or least prepared?</w:t>
      </w:r>
    </w:p>
    <w:p w14:paraId="35D47382" w14:textId="77777777" w:rsidR="00792E55" w:rsidRDefault="00000000">
      <w:pPr>
        <w:pStyle w:val="ListBullet"/>
      </w:pPr>
      <w:r>
        <w:t>Did stress, habit, convenience, social pressure, or a long gap between meals show up?</w:t>
      </w:r>
    </w:p>
    <w:p w14:paraId="32600F54" w14:textId="77777777" w:rsidR="00792E55" w:rsidRDefault="00000000">
      <w:pPr>
        <w:pStyle w:val="ListBullet"/>
      </w:pPr>
      <w:r>
        <w:t>What is one small adjustment I may want to test tomorrow?</w:t>
      </w:r>
    </w:p>
    <w:p w14:paraId="2A38DFD6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daily 10-minute tracking appointment:</w:t>
      </w:r>
    </w:p>
    <w:p w14:paraId="62EFD1CF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550CD77" w14:textId="77777777" w:rsidR="00792E55" w:rsidRDefault="00000000">
      <w:r>
        <w:br w:type="page"/>
      </w:r>
    </w:p>
    <w:p w14:paraId="27E70AD9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CHOOSE YOUR SYSTEM</w:t>
      </w:r>
    </w:p>
    <w:p w14:paraId="6597FEA5" w14:textId="77777777" w:rsidR="00792E55" w:rsidRDefault="00000000">
      <w:pPr>
        <w:pStyle w:val="Heading1"/>
        <w:spacing w:before="0"/>
      </w:pPr>
      <w:r>
        <w:t>Four Ways to Track</w:t>
      </w:r>
    </w:p>
    <w:p w14:paraId="1310FBA7" w14:textId="77777777" w:rsidR="00792E55" w:rsidRDefault="00000000">
      <w:pPr>
        <w:spacing w:after="200"/>
      </w:pPr>
      <w:r>
        <w:rPr>
          <w:i/>
          <w:color w:val="5F6B76"/>
          <w:sz w:val="21"/>
        </w:rPr>
        <w:t>Pick the method you will actually use. Accuracy matters, and consistency keeps the habit alive.</w:t>
      </w:r>
    </w:p>
    <w:p w14:paraId="0D92E4E0" w14:textId="77777777" w:rsidR="00792E55" w:rsidRDefault="00000000">
      <w:pPr>
        <w:spacing w:before="80" w:after="40"/>
      </w:pPr>
      <w:r>
        <w:rPr>
          <w:b/>
          <w:color w:val="1F4D78"/>
        </w:rPr>
        <w:t>☐  1. Simple notebook</w:t>
      </w:r>
    </w:p>
    <w:p w14:paraId="5763297C" w14:textId="77777777" w:rsidR="00792E55" w:rsidRDefault="00000000">
      <w:pPr>
        <w:ind w:left="403"/>
      </w:pPr>
      <w:r>
        <w:t>Write down everything you eat and drink. Weigh and measure portions when you can. Add a quick hunger, fullness, or context note.</w:t>
      </w:r>
    </w:p>
    <w:p w14:paraId="123B5829" w14:textId="77777777" w:rsidR="00792E55" w:rsidRDefault="00000000">
      <w:pPr>
        <w:spacing w:before="80" w:after="40"/>
      </w:pPr>
      <w:r>
        <w:rPr>
          <w:b/>
          <w:color w:val="1F4D78"/>
        </w:rPr>
        <w:t>☐  2. Phone app</w:t>
      </w:r>
    </w:p>
    <w:p w14:paraId="09B1D5C5" w14:textId="77777777" w:rsidR="00792E55" w:rsidRDefault="00000000">
      <w:pPr>
        <w:ind w:left="403"/>
      </w:pPr>
      <w:r>
        <w:t>Use an app such as Cronometer. A digital database is convenient, but portions still need to be weighed, measured, or thoughtfully estimated.</w:t>
      </w:r>
    </w:p>
    <w:p w14:paraId="066294E0" w14:textId="77777777" w:rsidR="00792E55" w:rsidRDefault="00000000">
      <w:pPr>
        <w:spacing w:before="80" w:after="40"/>
      </w:pPr>
      <w:r>
        <w:rPr>
          <w:b/>
          <w:color w:val="1F4D78"/>
        </w:rPr>
        <w:t>☐  3. Photo log</w:t>
      </w:r>
    </w:p>
    <w:p w14:paraId="0EF61298" w14:textId="77777777" w:rsidR="00792E55" w:rsidRDefault="00000000">
      <w:pPr>
        <w:ind w:left="403"/>
      </w:pPr>
      <w:r>
        <w:t>Use Cronometer’s photo feature, Eato, or a camera-based record. It is especially useful at restaurants. Hidden layers, sauces, oils, and foods covering other foods can reduce accuracy, so review and edit estimates when possible.</w:t>
      </w:r>
    </w:p>
    <w:p w14:paraId="1134140F" w14:textId="77777777" w:rsidR="00792E55" w:rsidRDefault="00000000">
      <w:pPr>
        <w:spacing w:before="80" w:after="40"/>
      </w:pPr>
      <w:r>
        <w:rPr>
          <w:b/>
          <w:color w:val="1F4D78"/>
        </w:rPr>
        <w:t>☐  4. The 1-1-1 visual method</w:t>
      </w:r>
    </w:p>
    <w:p w14:paraId="15F237D4" w14:textId="77777777" w:rsidR="00792E55" w:rsidRDefault="00000000">
      <w:pPr>
        <w:ind w:left="403"/>
      </w:pPr>
      <w:r>
        <w:t>When weighing is not available, record a consistent visual portion for each item—for example, one serving spoon of a side dish, one palm-sized portion of meat, or one hand-sized portion of vegetables. An honest estimate is better than a blank log.</w:t>
      </w:r>
    </w:p>
    <w:p w14:paraId="08547239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primary method:</w:t>
      </w:r>
    </w:p>
    <w:p w14:paraId="2AAE9CA5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07BC38AA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backup when the primary method is not available:</w:t>
      </w:r>
    </w:p>
    <w:p w14:paraId="5AD6999D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75CFFD4A" w14:textId="77777777" w:rsidR="00792E55" w:rsidRDefault="00000000">
      <w:pPr>
        <w:shd w:val="clear" w:color="auto" w:fill="F2F4F7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Remember:  </w:t>
      </w:r>
      <w:r>
        <w:rPr>
          <w:sz w:val="21"/>
        </w:rPr>
        <w:t>The best method is the one that helps you maintain honest contact with the habit for all 21 days.</w:t>
      </w:r>
    </w:p>
    <w:p w14:paraId="4734F73E" w14:textId="77777777" w:rsidR="00792E55" w:rsidRDefault="00000000">
      <w:r>
        <w:br w:type="page"/>
      </w:r>
    </w:p>
    <w:p w14:paraId="55FDED00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MAKE IT AUTOMATIC</w:t>
      </w:r>
    </w:p>
    <w:p w14:paraId="0979ECEC" w14:textId="77777777" w:rsidR="00792E55" w:rsidRDefault="00000000">
      <w:pPr>
        <w:pStyle w:val="Heading1"/>
        <w:spacing w:before="0"/>
      </w:pPr>
      <w:r>
        <w:t>Set Up Your Tracking Routine</w:t>
      </w:r>
    </w:p>
    <w:p w14:paraId="2582DDFF" w14:textId="77777777" w:rsidR="00792E55" w:rsidRDefault="00000000">
      <w:pPr>
        <w:spacing w:after="200"/>
      </w:pPr>
      <w:r>
        <w:rPr>
          <w:i/>
          <w:color w:val="5F6B76"/>
          <w:sz w:val="21"/>
        </w:rPr>
        <w:t>Prepare the environment before motivation has to do all the work.</w:t>
      </w:r>
    </w:p>
    <w:p w14:paraId="288B4552" w14:textId="77777777" w:rsidR="00792E55" w:rsidRDefault="00000000">
      <w:pPr>
        <w:pStyle w:val="Heading2"/>
      </w:pPr>
      <w:r>
        <w:t>Setup checklist</w:t>
      </w:r>
    </w:p>
    <w:p w14:paraId="01EF31C9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My notebook is in a visible place—or my app is installed and easy to open.</w:t>
      </w:r>
    </w:p>
    <w:p w14:paraId="50559B13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My food scale, measuring cups, and measuring spoons are accessible.</w:t>
      </w:r>
    </w:p>
    <w:p w14:paraId="7F2B0470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I have saved or pre-entered foods I eat often.</w:t>
      </w:r>
    </w:p>
    <w:p w14:paraId="30563A0B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I know the meal I am most likely to forget; this is my practice meal.</w:t>
      </w:r>
    </w:p>
    <w:p w14:paraId="76FD8D7C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I have set one daily reminder for my tracking appointment.</w:t>
      </w:r>
    </w:p>
    <w:p w14:paraId="7829D7E9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I know where I will post my daily “Tracked” check-in to the Tribe.</w:t>
      </w:r>
    </w:p>
    <w:p w14:paraId="784D0E3C" w14:textId="77777777" w:rsidR="00792E55" w:rsidRDefault="00000000">
      <w:pPr>
        <w:pStyle w:val="Heading2"/>
      </w:pPr>
      <w:r>
        <w:t>My 21-day commitment</w:t>
      </w:r>
    </w:p>
    <w:p w14:paraId="3F281918" w14:textId="77777777" w:rsidR="00792E55" w:rsidRDefault="00000000">
      <w:pPr>
        <w:shd w:val="clear" w:color="auto" w:fill="E8EEF5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August 6–26:  </w:t>
      </w:r>
      <w:r>
        <w:rPr>
          <w:sz w:val="21"/>
        </w:rPr>
        <w:t>I will track every day and abstain from unplanned snacking or grazing between meals. If I eat between meals, I will make it planned and tracked—or record the episode honestly and return at the next planned meal.</w:t>
      </w:r>
    </w:p>
    <w:p w14:paraId="00578CF5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practice meal:</w:t>
      </w:r>
    </w:p>
    <w:p w14:paraId="39C7414F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C215748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reminder time:</w:t>
      </w:r>
    </w:p>
    <w:p w14:paraId="161E3662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018FD2F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accountability plan:</w:t>
      </w:r>
    </w:p>
    <w:p w14:paraId="79B5B4A9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4AE0A743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Signature:</w:t>
      </w:r>
    </w:p>
    <w:p w14:paraId="277D9686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18045CB6" w14:textId="77777777" w:rsidR="00792E55" w:rsidRDefault="00000000">
      <w:r>
        <w:br w:type="page"/>
      </w:r>
    </w:p>
    <w:p w14:paraId="7A657746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DAILY TRACKER</w:t>
      </w:r>
    </w:p>
    <w:p w14:paraId="219DAB5F" w14:textId="77777777" w:rsidR="00792E55" w:rsidRDefault="00000000">
      <w:pPr>
        <w:pStyle w:val="Heading1"/>
        <w:spacing w:before="0"/>
      </w:pPr>
      <w:r>
        <w:t>Brenda’s Daily Non-Negotiables</w:t>
      </w:r>
    </w:p>
    <w:p w14:paraId="38C4276A" w14:textId="77777777" w:rsidR="00792E55" w:rsidRDefault="00000000">
      <w:pPr>
        <w:spacing w:after="200"/>
      </w:pPr>
      <w:r>
        <w:rPr>
          <w:i/>
          <w:color w:val="5F6B76"/>
          <w:sz w:val="21"/>
        </w:rPr>
        <w:t>Use this as a daily practice page. Check wins; do not grade your worth.</w:t>
      </w:r>
    </w:p>
    <w:p w14:paraId="5828E76C" w14:textId="77777777" w:rsidR="00792E55" w:rsidRDefault="00000000">
      <w:pPr>
        <w:pStyle w:val="Heading2"/>
      </w:pPr>
      <w:r>
        <w:t>Today’s Wins</w:t>
      </w:r>
    </w:p>
    <w:p w14:paraId="3442F2E0" w14:textId="77777777" w:rsidR="00792E55" w:rsidRDefault="00000000">
      <w:pPr>
        <w:spacing w:after="6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Morning sunlight</w:t>
      </w:r>
    </w:p>
    <w:p w14:paraId="076C50A6" w14:textId="77777777" w:rsidR="00792E55" w:rsidRDefault="00000000">
      <w:pPr>
        <w:spacing w:after="6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Protein at every meal</w:t>
      </w:r>
    </w:p>
    <w:p w14:paraId="615E988A" w14:textId="77777777" w:rsidR="00792E55" w:rsidRDefault="00000000">
      <w:pPr>
        <w:spacing w:after="6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Hit my personalized protein goal (often 100–120g in this program)</w:t>
      </w:r>
    </w:p>
    <w:p w14:paraId="050ED4BB" w14:textId="77777777" w:rsidR="00792E55" w:rsidRDefault="00000000">
      <w:pPr>
        <w:spacing w:after="6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Ate balanced meals</w:t>
      </w:r>
    </w:p>
    <w:p w14:paraId="2503C14F" w14:textId="77777777" w:rsidR="00792E55" w:rsidRDefault="00000000">
      <w:pPr>
        <w:spacing w:after="6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Walked or strength trained</w:t>
      </w:r>
    </w:p>
    <w:p w14:paraId="1C1BB018" w14:textId="77777777" w:rsidR="00792E55" w:rsidRDefault="00000000">
      <w:pPr>
        <w:spacing w:after="6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Tracked meals</w:t>
      </w:r>
    </w:p>
    <w:p w14:paraId="6D3F4BA1" w14:textId="77777777" w:rsidR="00792E55" w:rsidRDefault="00000000">
      <w:pPr>
        <w:spacing w:after="6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Honored true hunger</w:t>
      </w:r>
    </w:p>
    <w:p w14:paraId="30454132" w14:textId="77777777" w:rsidR="00792E55" w:rsidRDefault="00000000">
      <w:pPr>
        <w:spacing w:after="6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Abstained from unplanned snacking or grazing between meals</w:t>
      </w:r>
    </w:p>
    <w:p w14:paraId="6BE2EF9B" w14:textId="77777777" w:rsidR="00792E55" w:rsidRDefault="00000000">
      <w:pPr>
        <w:spacing w:after="6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Closed the kitchen</w:t>
      </w:r>
    </w:p>
    <w:p w14:paraId="7C0F0258" w14:textId="77777777" w:rsidR="00792E55" w:rsidRDefault="00000000">
      <w:pPr>
        <w:spacing w:after="6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Planned tomorrow</w:t>
      </w:r>
    </w:p>
    <w:p w14:paraId="66D9DF87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One thing I’m proud of today:</w:t>
      </w:r>
    </w:p>
    <w:p w14:paraId="4F613E18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609808D1" w14:textId="77777777" w:rsidR="00792E55" w:rsidRDefault="00000000">
      <w:pPr>
        <w:pStyle w:val="Heading2"/>
      </w:pPr>
      <w:r>
        <w:t>Daily Reflection</w:t>
      </w:r>
    </w:p>
    <w:p w14:paraId="43971B8F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Today’s biggest win:</w:t>
      </w:r>
    </w:p>
    <w:p w14:paraId="17090A6E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50E1CA65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What challenged me?</w:t>
      </w:r>
    </w:p>
    <w:p w14:paraId="011E5385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0376CC18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What will I improve tomorrow?</w:t>
      </w:r>
    </w:p>
    <w:p w14:paraId="7F805FBA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7AE551F3" w14:textId="77777777" w:rsidR="00792E55" w:rsidRDefault="00000000">
      <w:r>
        <w:br w:type="page"/>
      </w:r>
    </w:p>
    <w:p w14:paraId="4A85C499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21-DAY ACCOUNTABILITY COMMITMENT</w:t>
      </w:r>
    </w:p>
    <w:p w14:paraId="08D3FC06" w14:textId="77777777" w:rsidR="00792E55" w:rsidRDefault="00000000">
      <w:pPr>
        <w:pStyle w:val="Heading1"/>
        <w:spacing w:before="0"/>
      </w:pPr>
      <w:r>
        <w:t>Abstinence Between Meals</w:t>
      </w:r>
    </w:p>
    <w:p w14:paraId="47782EDF" w14:textId="77777777" w:rsidR="00792E55" w:rsidRDefault="00000000">
      <w:pPr>
        <w:spacing w:after="200"/>
      </w:pPr>
      <w:r>
        <w:rPr>
          <w:i/>
          <w:color w:val="5F6B76"/>
          <w:sz w:val="21"/>
        </w:rPr>
        <w:t>August 6–26: no unplanned snacking or grazing between planned meals.</w:t>
      </w:r>
    </w:p>
    <w:p w14:paraId="68AAFFCB" w14:textId="77777777" w:rsidR="00792E55" w:rsidRDefault="00000000">
      <w:pPr>
        <w:shd w:val="clear" w:color="auto" w:fill="E8EEF5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Our shared practice:  </w:t>
      </w:r>
      <w:r>
        <w:rPr>
          <w:sz w:val="21"/>
        </w:rPr>
        <w:t>Eat a planned meal, finish the eating occasion, and abstain from drive-by bites, tastes, handfuls, and grazing until the next planned meal.</w:t>
      </w:r>
    </w:p>
    <w:p w14:paraId="03240656" w14:textId="77777777" w:rsidR="00792E55" w:rsidRDefault="00000000">
      <w:pPr>
        <w:pStyle w:val="Heading2"/>
      </w:pPr>
      <w:r>
        <w:t>What this commitment means</w:t>
      </w:r>
    </w:p>
    <w:p w14:paraId="1813C0D3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I will plan satisfying meals and treat the space between them as food-free.</w:t>
      </w:r>
    </w:p>
    <w:p w14:paraId="48D91F3E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I will notice my most vulnerable snacking window and place a supportive routine there.</w:t>
      </w:r>
    </w:p>
    <w:p w14:paraId="4C906E08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If I snack or graze, I will track it honestly instead of hiding it or abandoning the day.</w:t>
      </w:r>
    </w:p>
    <w:p w14:paraId="5BDA00F2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I will return at the next planned meal without punishment or compensation.</w:t>
      </w:r>
    </w:p>
    <w:p w14:paraId="55632E29" w14:textId="77777777" w:rsidR="00792E55" w:rsidRDefault="00000000">
      <w:pPr>
        <w:pStyle w:val="Heading2"/>
      </w:pPr>
      <w:r>
        <w:t>What this commitment does not mean</w:t>
      </w:r>
    </w:p>
    <w:p w14:paraId="58EECA76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Ignoring true physical hunger or white-knuckling escalating hunger.</w:t>
      </w:r>
    </w:p>
    <w:p w14:paraId="5BD9FC76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Skipping a medically necessary or clinician-directed snack.</w:t>
      </w:r>
    </w:p>
    <w:p w14:paraId="54B734C6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Calling a planned snack a failure. If food is genuinely needed, I will make it portioned, seated, intentional, and tracked.</w:t>
      </w:r>
    </w:p>
    <w:p w14:paraId="13707E14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most vulnerable snacking time or situation:</w:t>
      </w:r>
    </w:p>
    <w:p w14:paraId="5DA17930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16B321EC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non-food routine I will try when the urge is habit, stress, boredom, or wanting a break:</w:t>
      </w:r>
    </w:p>
    <w:p w14:paraId="71291B65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510CE887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77416007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If true hunger tells me I need food, my planned protein-centered option is:</w:t>
      </w:r>
    </w:p>
    <w:p w14:paraId="220DD658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07E4B3BB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accountability phrase: Tracked + No Grazing—or Tracked + Reset.</w:t>
      </w:r>
    </w:p>
    <w:p w14:paraId="6BCFC487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1CB366B5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Signature:</w:t>
      </w:r>
    </w:p>
    <w:p w14:paraId="2977E461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778120AC" w14:textId="77777777" w:rsidR="00792E55" w:rsidRDefault="00000000">
      <w:r>
        <w:br w:type="page"/>
      </w:r>
    </w:p>
    <w:p w14:paraId="2FCF529B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WEEK TWO • BUILD YOUR MEALS</w:t>
      </w:r>
    </w:p>
    <w:p w14:paraId="3FA0E258" w14:textId="77777777" w:rsidR="00792E55" w:rsidRDefault="00000000">
      <w:pPr>
        <w:pStyle w:val="Heading1"/>
        <w:spacing w:before="0"/>
      </w:pPr>
      <w:r>
        <w:t>The Midlife Meal Formula</w:t>
      </w:r>
    </w:p>
    <w:p w14:paraId="1A18223D" w14:textId="77777777" w:rsidR="00792E55" w:rsidRDefault="00000000">
      <w:pPr>
        <w:spacing w:after="200"/>
      </w:pPr>
      <w:r>
        <w:rPr>
          <w:i/>
          <w:color w:val="5F6B76"/>
          <w:sz w:val="21"/>
        </w:rPr>
        <w:t>Build every meal around four simple elements—without tracking fat as a separate goal.</w:t>
      </w:r>
    </w:p>
    <w:p w14:paraId="2AE63097" w14:textId="77777777" w:rsidR="00792E55" w:rsidRDefault="00000000">
      <w:pPr>
        <w:shd w:val="clear" w:color="auto" w:fill="F2F4F7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1. Protein  </w:t>
      </w:r>
      <w:r>
        <w:rPr>
          <w:sz w:val="21"/>
        </w:rPr>
        <w:t>Start with the protein anchor that fits your personalized goal.</w:t>
      </w:r>
    </w:p>
    <w:p w14:paraId="5BE2CDB2" w14:textId="38FA3344" w:rsidR="00792E55" w:rsidRDefault="00000000">
      <w:pPr>
        <w:shd w:val="clear" w:color="auto" w:fill="F2F4F7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2. </w:t>
      </w:r>
      <w:r w:rsidR="00D16797">
        <w:rPr>
          <w:b/>
          <w:color w:val="1F4D78"/>
          <w:sz w:val="21"/>
        </w:rPr>
        <w:t>Fiber Add</w:t>
      </w:r>
      <w:r>
        <w:rPr>
          <w:sz w:val="21"/>
        </w:rPr>
        <w:t xml:space="preserve"> </w:t>
      </w:r>
      <w:r w:rsidR="00D16797">
        <w:rPr>
          <w:sz w:val="21"/>
        </w:rPr>
        <w:t>chia, flaxseed</w:t>
      </w:r>
      <w:r>
        <w:rPr>
          <w:sz w:val="21"/>
        </w:rPr>
        <w:t xml:space="preserve">, berries or other </w:t>
      </w:r>
      <w:r w:rsidR="00D16797">
        <w:rPr>
          <w:sz w:val="21"/>
        </w:rPr>
        <w:t>low carb vegetables</w:t>
      </w:r>
      <w:r>
        <w:rPr>
          <w:sz w:val="21"/>
        </w:rPr>
        <w:t>.</w:t>
      </w:r>
    </w:p>
    <w:p w14:paraId="26FA1263" w14:textId="77777777" w:rsidR="00792E55" w:rsidRDefault="00000000">
      <w:pPr>
        <w:shd w:val="clear" w:color="auto" w:fill="F2F4F7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3. Healthy fat  </w:t>
      </w:r>
      <w:r>
        <w:rPr>
          <w:sz w:val="21"/>
        </w:rPr>
        <w:t>Use an amount that adds flavor and satisfaction while fitting your needs.</w:t>
      </w:r>
    </w:p>
    <w:p w14:paraId="62A028F1" w14:textId="51D7A812" w:rsidR="00792E55" w:rsidRDefault="00000000">
      <w:pPr>
        <w:shd w:val="clear" w:color="auto" w:fill="F2F4F7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4. </w:t>
      </w:r>
      <w:proofErr w:type="gramStart"/>
      <w:r>
        <w:rPr>
          <w:b/>
          <w:color w:val="1F4D78"/>
          <w:sz w:val="21"/>
        </w:rPr>
        <w:t xml:space="preserve">Color  </w:t>
      </w:r>
      <w:r>
        <w:rPr>
          <w:sz w:val="21"/>
        </w:rPr>
        <w:t>Aim</w:t>
      </w:r>
      <w:proofErr w:type="gramEnd"/>
      <w:r>
        <w:rPr>
          <w:sz w:val="21"/>
        </w:rPr>
        <w:t xml:space="preserve"> for colorful, </w:t>
      </w:r>
      <w:r w:rsidR="00D16797">
        <w:rPr>
          <w:sz w:val="21"/>
        </w:rPr>
        <w:t xml:space="preserve">leafy greens and </w:t>
      </w:r>
      <w:r>
        <w:rPr>
          <w:sz w:val="21"/>
        </w:rPr>
        <w:t>minimally processed foods that make the meal nourishing and appealing.</w:t>
      </w:r>
    </w:p>
    <w:p w14:paraId="354FA29B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meal I most want to simplify:</w:t>
      </w:r>
    </w:p>
    <w:p w14:paraId="4B1DF437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572ECF00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easiest protein anchor for that meal:</w:t>
      </w:r>
    </w:p>
    <w:p w14:paraId="39C817DB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4C47F2C4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fiber, healthy fat, and color I can add:</w:t>
      </w:r>
    </w:p>
    <w:p w14:paraId="7F392A9B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4F24819B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468CF68B" w14:textId="77777777" w:rsidR="00792E55" w:rsidRDefault="00000000">
      <w:pPr>
        <w:shd w:val="clear" w:color="auto" w:fill="E8EEF5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This week’s focus:  </w:t>
      </w:r>
      <w:r>
        <w:rPr>
          <w:sz w:val="21"/>
        </w:rPr>
        <w:t>Protein first. Balanced meals. Fewer decisions. Consistent tracking.</w:t>
      </w:r>
    </w:p>
    <w:p w14:paraId="28DB072B" w14:textId="77777777" w:rsidR="00792E55" w:rsidRDefault="00000000">
      <w:r>
        <w:br w:type="page"/>
      </w:r>
    </w:p>
    <w:p w14:paraId="75AEB9D6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SUMMER REALITY</w:t>
      </w:r>
    </w:p>
    <w:p w14:paraId="4B1C2FF1" w14:textId="77777777" w:rsidR="00792E55" w:rsidRDefault="00000000">
      <w:pPr>
        <w:pStyle w:val="Heading1"/>
        <w:spacing w:before="0"/>
      </w:pPr>
      <w:r>
        <w:t>Restaurants, Parties &amp; the 1-1-1 Method</w:t>
      </w:r>
    </w:p>
    <w:p w14:paraId="13680B4B" w14:textId="77777777" w:rsidR="00792E55" w:rsidRDefault="00000000">
      <w:pPr>
        <w:spacing w:after="200"/>
      </w:pPr>
      <w:r>
        <w:rPr>
          <w:i/>
          <w:color w:val="5F6B76"/>
          <w:sz w:val="21"/>
        </w:rPr>
        <w:t>There is always a way to stay in contact with the habit.</w:t>
      </w:r>
    </w:p>
    <w:p w14:paraId="1985EE73" w14:textId="77777777" w:rsidR="00792E55" w:rsidRDefault="00000000">
      <w:pPr>
        <w:pStyle w:val="Heading2"/>
      </w:pPr>
      <w:r>
        <w:t>Before</w:t>
      </w:r>
    </w:p>
    <w:p w14:paraId="42198014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Decide whether you will pre-log, photograph, or estimate.</w:t>
      </w:r>
    </w:p>
    <w:p w14:paraId="675351FC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Avoid arriving overly hungry when you have a reasonable choice.</w:t>
      </w:r>
    </w:p>
    <w:p w14:paraId="027D1EC5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Choose one intention for the event: portion awareness, protein, vegetables, or a planned favorite.</w:t>
      </w:r>
    </w:p>
    <w:p w14:paraId="15122677" w14:textId="77777777" w:rsidR="00792E55" w:rsidRDefault="00000000">
      <w:pPr>
        <w:pStyle w:val="Heading2"/>
      </w:pPr>
      <w:r>
        <w:t>At the meal</w:t>
      </w:r>
    </w:p>
    <w:p w14:paraId="745A4DDD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Take one clear photo before eating, with foods visible rather than stacked when possible.</w:t>
      </w:r>
    </w:p>
    <w:p w14:paraId="476A15B0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Note sauces, dressings, oils, beverages, seconds, tastes, and shared bites.</w:t>
      </w:r>
    </w:p>
    <w:p w14:paraId="4BCEEB43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Use your 1-1-1 visual estimates when a scale or measuring tools are not available.</w:t>
      </w:r>
    </w:p>
    <w:p w14:paraId="5C243983" w14:textId="77777777" w:rsidR="00792E55" w:rsidRDefault="00000000">
      <w:pPr>
        <w:pStyle w:val="Heading2"/>
      </w:pPr>
      <w:r>
        <w:t>After</w:t>
      </w:r>
    </w:p>
    <w:p w14:paraId="74BF3E10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Enter or review the estimate the same day.</w:t>
      </w:r>
    </w:p>
    <w:p w14:paraId="67BCE618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Do not punish, restrict, or compensate. Record, learn, and return at the next meal.</w:t>
      </w:r>
    </w:p>
    <w:p w14:paraId="54D41157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next summer event or restaurant meal:</w:t>
      </w:r>
    </w:p>
    <w:p w14:paraId="66AA22A6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80037A9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tracking plan for it:</w:t>
      </w:r>
    </w:p>
    <w:p w14:paraId="2B6423D0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3BBEBF19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1FB60870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choice I want to feel proud of afterward:</w:t>
      </w:r>
    </w:p>
    <w:p w14:paraId="256E68D0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17B7A8EA" w14:textId="77777777" w:rsidR="00792E55" w:rsidRDefault="00000000">
      <w:r>
        <w:br w:type="page"/>
      </w:r>
    </w:p>
    <w:p w14:paraId="7BD7D911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CURIOSITY OVER CRITICISM</w:t>
      </w:r>
    </w:p>
    <w:p w14:paraId="22AF6CFE" w14:textId="77777777" w:rsidR="00792E55" w:rsidRDefault="00000000">
      <w:pPr>
        <w:pStyle w:val="Heading1"/>
        <w:spacing w:before="0"/>
      </w:pPr>
      <w:r>
        <w:t>Off-Plan Pattern Finder</w:t>
      </w:r>
    </w:p>
    <w:p w14:paraId="3EF523DD" w14:textId="77777777" w:rsidR="00792E55" w:rsidRDefault="00000000">
      <w:pPr>
        <w:spacing w:after="200"/>
      </w:pPr>
      <w:r>
        <w:rPr>
          <w:i/>
          <w:color w:val="5F6B76"/>
          <w:sz w:val="21"/>
        </w:rPr>
        <w:t>Tracking outside the plan is not a confession. It is information that can help you prepare.</w:t>
      </w:r>
    </w:p>
    <w:p w14:paraId="5D6DBC16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Date and time:</w:t>
      </w:r>
    </w:p>
    <w:p w14:paraId="55D579EC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79B33C15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Where I was and who I was with:</w:t>
      </w:r>
    </w:p>
    <w:p w14:paraId="6C14DA4D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7707B2BB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What I ate or drank—and my best estimate of the amount:</w:t>
      </w:r>
    </w:p>
    <w:p w14:paraId="7D60AC63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00C246EF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3827E0C4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Hunger before eating (0–10):</w:t>
      </w:r>
    </w:p>
    <w:p w14:paraId="6CE6A3E8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672AE561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What happened in the 30–60 minutes before:</w:t>
      </w:r>
    </w:p>
    <w:p w14:paraId="73AE9BDE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0C9E877E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38C09935" w14:textId="77777777" w:rsidR="00792E55" w:rsidRDefault="00000000">
      <w:pPr>
        <w:pStyle w:val="Heading2"/>
      </w:pPr>
      <w:r>
        <w:t>What may have made me vulnerable?</w:t>
      </w:r>
    </w:p>
    <w:p w14:paraId="4FC25514" w14:textId="77777777" w:rsidR="00792E55" w:rsidRDefault="00000000">
      <w:pPr>
        <w:spacing w:after="4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Tired</w:t>
      </w:r>
    </w:p>
    <w:p w14:paraId="6D46BD66" w14:textId="77777777" w:rsidR="00792E55" w:rsidRDefault="00000000">
      <w:pPr>
        <w:spacing w:after="4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Stressed</w:t>
      </w:r>
    </w:p>
    <w:p w14:paraId="4DDCE9CA" w14:textId="77777777" w:rsidR="00792E55" w:rsidRDefault="00000000">
      <w:pPr>
        <w:spacing w:after="4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Lonely</w:t>
      </w:r>
    </w:p>
    <w:p w14:paraId="2F01CE43" w14:textId="77777777" w:rsidR="00792E55" w:rsidRDefault="00000000">
      <w:pPr>
        <w:spacing w:after="4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Bored</w:t>
      </w:r>
    </w:p>
    <w:p w14:paraId="7352BF0C" w14:textId="77777777" w:rsidR="00792E55" w:rsidRDefault="00000000">
      <w:pPr>
        <w:spacing w:after="4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Rushed</w:t>
      </w:r>
    </w:p>
    <w:p w14:paraId="48781FFA" w14:textId="77777777" w:rsidR="00792E55" w:rsidRDefault="00000000">
      <w:pPr>
        <w:spacing w:after="4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Overly hungry</w:t>
      </w:r>
    </w:p>
    <w:p w14:paraId="436F93F6" w14:textId="77777777" w:rsidR="00792E55" w:rsidRDefault="00000000">
      <w:pPr>
        <w:spacing w:after="4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Social pressure</w:t>
      </w:r>
    </w:p>
    <w:p w14:paraId="2A8C0B8D" w14:textId="77777777" w:rsidR="00792E55" w:rsidRDefault="00000000">
      <w:pPr>
        <w:spacing w:after="4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Food was highly visible or available</w:t>
      </w:r>
    </w:p>
    <w:p w14:paraId="59A3E920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Was this true hunger, a planned snack, automatic grazing, or hard to stop?</w:t>
      </w:r>
    </w:p>
    <w:p w14:paraId="003366B7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4EF83825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What support, boundary, food, or routine might help next time?</w:t>
      </w:r>
    </w:p>
    <w:p w14:paraId="238ED017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38D1D2C1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648F0C21" w14:textId="77777777" w:rsidR="00792E55" w:rsidRDefault="00000000">
      <w:r>
        <w:br w:type="page"/>
      </w:r>
    </w:p>
    <w:p w14:paraId="5ED13BE8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APPETITE SUPPORT</w:t>
      </w:r>
    </w:p>
    <w:p w14:paraId="1BF41F08" w14:textId="77777777" w:rsidR="00792E55" w:rsidRDefault="00000000">
      <w:pPr>
        <w:pStyle w:val="Heading1"/>
        <w:spacing w:before="0"/>
      </w:pPr>
      <w:r>
        <w:t>Natural GLP-1: Facts Without the Hype</w:t>
      </w:r>
    </w:p>
    <w:p w14:paraId="7F573105" w14:textId="77777777" w:rsidR="00792E55" w:rsidRDefault="00000000">
      <w:pPr>
        <w:spacing w:after="200"/>
      </w:pPr>
      <w:r>
        <w:rPr>
          <w:i/>
          <w:color w:val="5F6B76"/>
          <w:sz w:val="21"/>
        </w:rPr>
        <w:t>Support normal fullness signals without treating food or exercise like medication.</w:t>
      </w:r>
    </w:p>
    <w:p w14:paraId="4F009915" w14:textId="77777777" w:rsidR="00792E55" w:rsidRDefault="00000000">
      <w:r>
        <w:t>GLP-1 is a nutrient-responsive gut hormone involved in insulin release, stomach emptying, and fullness. The body’s natural GLP-1 is short-lived. Meals and movement can support normal appetite signaling, but they are not equivalent to GLP-1 medication—and no food is “nature’s Ozempic.”</w:t>
      </w:r>
    </w:p>
    <w:p w14:paraId="64FD95AA" w14:textId="77777777" w:rsidR="00792E55" w:rsidRDefault="00000000">
      <w:pPr>
        <w:shd w:val="clear" w:color="auto" w:fill="E8EEF5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Meal formula:  </w:t>
      </w:r>
      <w:r>
        <w:rPr>
          <w:sz w:val="21"/>
        </w:rPr>
        <w:t>Protein + plants + satisfaction</w:t>
      </w:r>
    </w:p>
    <w:p w14:paraId="6F638F32" w14:textId="77777777" w:rsidR="00792E55" w:rsidRDefault="00000000">
      <w:pPr>
        <w:pStyle w:val="Heading2"/>
      </w:pPr>
      <w:r>
        <w:t>Build one meal</w:t>
      </w:r>
    </w:p>
    <w:p w14:paraId="59795558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protein anchor:</w:t>
      </w:r>
    </w:p>
    <w:p w14:paraId="1ECBE544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0F272272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one or two fiber-rich plant foods:</w:t>
      </w:r>
    </w:p>
    <w:p w14:paraId="6B61207D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08285AA4" w14:textId="541DE6B5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 xml:space="preserve">My satisfying </w:t>
      </w:r>
      <w:r w:rsidR="00D16797">
        <w:rPr>
          <w:b/>
          <w:color w:val="1F4D78"/>
          <w:sz w:val="21"/>
        </w:rPr>
        <w:t xml:space="preserve">low </w:t>
      </w:r>
      <w:r>
        <w:rPr>
          <w:b/>
          <w:color w:val="1F4D78"/>
          <w:sz w:val="21"/>
        </w:rPr>
        <w:t>carbohydrate and/or healthy fat:</w:t>
      </w:r>
    </w:p>
    <w:p w14:paraId="0F2A0964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5AB70390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How I will slow down enough to notice comfortable fullness:</w:t>
      </w:r>
    </w:p>
    <w:p w14:paraId="3A109B08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A185514" w14:textId="77777777" w:rsidR="00792E55" w:rsidRDefault="00000000">
      <w:pPr>
        <w:pStyle w:val="Heading2"/>
      </w:pPr>
      <w:r>
        <w:t>Examples</w:t>
      </w:r>
    </w:p>
    <w:p w14:paraId="0284AB93" w14:textId="77777777" w:rsidR="00792E55" w:rsidRDefault="00000000">
      <w:pPr>
        <w:pStyle w:val="ListBullet"/>
      </w:pPr>
      <w:r>
        <w:t>Greek yogurt, berries, chia seeds, and a measured portion of nuts.</w:t>
      </w:r>
    </w:p>
    <w:p w14:paraId="36B6C892" w14:textId="585DB123" w:rsidR="00792E55" w:rsidRDefault="00000000">
      <w:pPr>
        <w:pStyle w:val="ListBullet"/>
      </w:pPr>
      <w:r>
        <w:t xml:space="preserve">Eggs with </w:t>
      </w:r>
      <w:r w:rsidR="00D16797">
        <w:t xml:space="preserve">low carb </w:t>
      </w:r>
      <w:r>
        <w:t xml:space="preserve">vegetables, </w:t>
      </w:r>
      <w:r w:rsidR="00D16797">
        <w:t>bitter greens</w:t>
      </w:r>
      <w:r>
        <w:t>.</w:t>
      </w:r>
    </w:p>
    <w:p w14:paraId="1D395C4A" w14:textId="046EC1E5" w:rsidR="00792E55" w:rsidRDefault="00000000">
      <w:pPr>
        <w:pStyle w:val="ListBullet"/>
      </w:pPr>
      <w:r>
        <w:t xml:space="preserve">Chicken, fish, tofu, or lentils with </w:t>
      </w:r>
      <w:r w:rsidR="00D16797">
        <w:t xml:space="preserve">cruciferous </w:t>
      </w:r>
      <w:r>
        <w:t>vegetables.</w:t>
      </w:r>
    </w:p>
    <w:p w14:paraId="3C9645CB" w14:textId="77777777" w:rsidR="00792E55" w:rsidRDefault="00000000">
      <w:pPr>
        <w:shd w:val="clear" w:color="auto" w:fill="F2F4F7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Key idea:  </w:t>
      </w:r>
      <w:r>
        <w:rPr>
          <w:sz w:val="21"/>
        </w:rPr>
        <w:t>We are not trying to hack one hormone. We are building meals and routines that help the whole body work with us.</w:t>
      </w:r>
    </w:p>
    <w:p w14:paraId="6C005E73" w14:textId="77777777" w:rsidR="00792E55" w:rsidRDefault="00000000">
      <w:r>
        <w:br w:type="page"/>
      </w:r>
    </w:p>
    <w:p w14:paraId="65345C95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WEEKLY PLANNER</w:t>
      </w:r>
    </w:p>
    <w:p w14:paraId="24D0B53E" w14:textId="77777777" w:rsidR="00792E55" w:rsidRDefault="00000000">
      <w:pPr>
        <w:pStyle w:val="Heading1"/>
        <w:spacing w:before="0"/>
      </w:pPr>
      <w:r>
        <w:t>My Midlife Meal Map</w:t>
      </w:r>
    </w:p>
    <w:p w14:paraId="75C5E1B0" w14:textId="77777777" w:rsidR="00792E55" w:rsidRDefault="00000000">
      <w:pPr>
        <w:spacing w:after="200"/>
      </w:pPr>
      <w:r>
        <w:rPr>
          <w:i/>
          <w:color w:val="5F6B76"/>
          <w:sz w:val="21"/>
        </w:rPr>
        <w:t>Plan the anchors first. The rest of the meal becomes easier.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700"/>
        <w:gridCol w:w="2800"/>
        <w:gridCol w:w="4860"/>
      </w:tblGrid>
      <w:tr w:rsidR="00792E55" w14:paraId="21CA2B70" w14:textId="77777777">
        <w:trPr>
          <w:tblHeader/>
        </w:trPr>
        <w:tc>
          <w:tcPr>
            <w:tcW w:w="17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7018CB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7"/>
              </w:rPr>
              <w:t>MEAL</w:t>
            </w:r>
          </w:p>
        </w:tc>
        <w:tc>
          <w:tcPr>
            <w:tcW w:w="28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740754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7"/>
              </w:rPr>
              <w:t>PROTEIN</w:t>
            </w:r>
          </w:p>
        </w:tc>
        <w:tc>
          <w:tcPr>
            <w:tcW w:w="48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49E45B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7"/>
              </w:rPr>
              <w:t>FIBER • FAT • COLOR</w:t>
            </w:r>
          </w:p>
        </w:tc>
      </w:tr>
      <w:tr w:rsidR="00792E55" w14:paraId="4AA83FF9" w14:textId="77777777">
        <w:tc>
          <w:tcPr>
            <w:tcW w:w="17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F119E3" w14:textId="77777777" w:rsidR="00792E55" w:rsidRDefault="00000000">
            <w:pPr>
              <w:spacing w:after="0" w:line="252" w:lineRule="auto"/>
            </w:pPr>
            <w:r>
              <w:rPr>
                <w:b/>
                <w:sz w:val="18"/>
              </w:rPr>
              <w:t>Breakfast</w:t>
            </w:r>
          </w:p>
        </w:tc>
        <w:tc>
          <w:tcPr>
            <w:tcW w:w="28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7B0E21" w14:textId="77777777" w:rsidR="00792E55" w:rsidRDefault="00000000">
            <w:pPr>
              <w:spacing w:after="0" w:line="252" w:lineRule="auto"/>
            </w:pPr>
            <w:r>
              <w:rPr>
                <w:sz w:val="18"/>
              </w:rPr>
              <w:br/>
            </w:r>
          </w:p>
        </w:tc>
        <w:tc>
          <w:tcPr>
            <w:tcW w:w="48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D9DAB6" w14:textId="77777777" w:rsidR="00792E55" w:rsidRDefault="00000000">
            <w:pPr>
              <w:spacing w:after="0" w:line="252" w:lineRule="auto"/>
            </w:pPr>
            <w:r>
              <w:rPr>
                <w:sz w:val="18"/>
              </w:rPr>
              <w:br/>
            </w:r>
          </w:p>
        </w:tc>
      </w:tr>
      <w:tr w:rsidR="00792E55" w14:paraId="470EE229" w14:textId="77777777">
        <w:tc>
          <w:tcPr>
            <w:tcW w:w="17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AB14B7" w14:textId="77777777" w:rsidR="00792E55" w:rsidRDefault="00000000">
            <w:pPr>
              <w:spacing w:after="0" w:line="252" w:lineRule="auto"/>
            </w:pPr>
            <w:r>
              <w:rPr>
                <w:b/>
                <w:sz w:val="18"/>
              </w:rPr>
              <w:t>Lunch</w:t>
            </w:r>
          </w:p>
        </w:tc>
        <w:tc>
          <w:tcPr>
            <w:tcW w:w="28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46817A" w14:textId="77777777" w:rsidR="00792E55" w:rsidRDefault="00000000">
            <w:pPr>
              <w:spacing w:after="0" w:line="252" w:lineRule="auto"/>
            </w:pPr>
            <w:r>
              <w:rPr>
                <w:sz w:val="18"/>
              </w:rPr>
              <w:br/>
            </w:r>
          </w:p>
        </w:tc>
        <w:tc>
          <w:tcPr>
            <w:tcW w:w="48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E20CB9" w14:textId="77777777" w:rsidR="00792E55" w:rsidRDefault="00000000">
            <w:pPr>
              <w:spacing w:after="0" w:line="252" w:lineRule="auto"/>
            </w:pPr>
            <w:r>
              <w:rPr>
                <w:sz w:val="18"/>
              </w:rPr>
              <w:br/>
            </w:r>
          </w:p>
        </w:tc>
      </w:tr>
      <w:tr w:rsidR="00792E55" w14:paraId="39229807" w14:textId="77777777">
        <w:tc>
          <w:tcPr>
            <w:tcW w:w="17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070747" w14:textId="77777777" w:rsidR="00792E55" w:rsidRDefault="00000000">
            <w:pPr>
              <w:spacing w:after="0" w:line="252" w:lineRule="auto"/>
            </w:pPr>
            <w:r>
              <w:rPr>
                <w:b/>
                <w:sz w:val="18"/>
              </w:rPr>
              <w:t>Dinner</w:t>
            </w:r>
          </w:p>
        </w:tc>
        <w:tc>
          <w:tcPr>
            <w:tcW w:w="28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AEF41B" w14:textId="77777777" w:rsidR="00792E55" w:rsidRDefault="00000000">
            <w:pPr>
              <w:spacing w:after="0" w:line="252" w:lineRule="auto"/>
            </w:pPr>
            <w:r>
              <w:rPr>
                <w:sz w:val="18"/>
              </w:rPr>
              <w:br/>
            </w:r>
          </w:p>
        </w:tc>
        <w:tc>
          <w:tcPr>
            <w:tcW w:w="48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D763F5" w14:textId="77777777" w:rsidR="00792E55" w:rsidRDefault="00000000">
            <w:pPr>
              <w:spacing w:after="0" w:line="252" w:lineRule="auto"/>
            </w:pPr>
            <w:r>
              <w:rPr>
                <w:sz w:val="18"/>
              </w:rPr>
              <w:br/>
            </w:r>
          </w:p>
        </w:tc>
      </w:tr>
      <w:tr w:rsidR="00792E55" w14:paraId="68E5B59D" w14:textId="77777777">
        <w:tc>
          <w:tcPr>
            <w:tcW w:w="17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2F1F34" w14:textId="77777777" w:rsidR="00792E55" w:rsidRDefault="00000000">
            <w:pPr>
              <w:spacing w:after="0" w:line="252" w:lineRule="auto"/>
            </w:pPr>
            <w:r>
              <w:rPr>
                <w:b/>
                <w:sz w:val="18"/>
              </w:rPr>
              <w:t>Snack</w:t>
            </w:r>
          </w:p>
        </w:tc>
        <w:tc>
          <w:tcPr>
            <w:tcW w:w="28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CD05DA" w14:textId="77777777" w:rsidR="00792E55" w:rsidRDefault="00000000">
            <w:pPr>
              <w:spacing w:after="0" w:line="252" w:lineRule="auto"/>
            </w:pPr>
            <w:r>
              <w:rPr>
                <w:sz w:val="18"/>
              </w:rPr>
              <w:br/>
            </w:r>
          </w:p>
        </w:tc>
        <w:tc>
          <w:tcPr>
            <w:tcW w:w="48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664EB1" w14:textId="77777777" w:rsidR="00792E55" w:rsidRDefault="00000000">
            <w:pPr>
              <w:spacing w:after="0" w:line="252" w:lineRule="auto"/>
            </w:pPr>
            <w:r>
              <w:rPr>
                <w:sz w:val="18"/>
              </w:rPr>
              <w:br/>
            </w:r>
          </w:p>
        </w:tc>
      </w:tr>
    </w:tbl>
    <w:p w14:paraId="4F7535A8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water goal:</w:t>
      </w:r>
    </w:p>
    <w:p w14:paraId="5E983DE7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118BB8E3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movement plan:</w:t>
      </w:r>
    </w:p>
    <w:p w14:paraId="38409A82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1742FFD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meal-prep window:</w:t>
      </w:r>
    </w:p>
    <w:p w14:paraId="0161D0AF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08F7FE6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foods I will prep first:</w:t>
      </w:r>
    </w:p>
    <w:p w14:paraId="3C2A687B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41F7186E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3F70F8BF" w14:textId="77777777" w:rsidR="00792E55" w:rsidRDefault="00000000">
      <w:pPr>
        <w:pStyle w:val="Heading2"/>
      </w:pPr>
      <w:r>
        <w:t>Shopping List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792E55" w14:paraId="79C1A75F" w14:textId="77777777">
        <w:trPr>
          <w:tblHeader/>
        </w:trPr>
        <w:tc>
          <w:tcPr>
            <w:tcW w:w="312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03877C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6"/>
              </w:rPr>
              <w:t>PROTEINS</w:t>
            </w:r>
          </w:p>
        </w:tc>
        <w:tc>
          <w:tcPr>
            <w:tcW w:w="312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71808E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6"/>
              </w:rPr>
              <w:t>PLANTS + FIBER</w:t>
            </w:r>
          </w:p>
        </w:tc>
        <w:tc>
          <w:tcPr>
            <w:tcW w:w="312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5D9FA0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6"/>
              </w:rPr>
              <w:t>SUPPORTING ITEMS</w:t>
            </w:r>
          </w:p>
        </w:tc>
      </w:tr>
      <w:tr w:rsidR="00792E55" w14:paraId="075C970E" w14:textId="77777777">
        <w:tc>
          <w:tcPr>
            <w:tcW w:w="312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3ED715" w14:textId="77777777" w:rsidR="00792E55" w:rsidRDefault="00000000">
            <w:pPr>
              <w:spacing w:after="0" w:line="252" w:lineRule="auto"/>
            </w:pP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  <w:tc>
          <w:tcPr>
            <w:tcW w:w="312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CE05F0" w14:textId="77777777" w:rsidR="00792E55" w:rsidRDefault="00000000">
            <w:pPr>
              <w:spacing w:after="0" w:line="252" w:lineRule="auto"/>
            </w:pP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  <w:tc>
          <w:tcPr>
            <w:tcW w:w="312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C6A2B3" w14:textId="77777777" w:rsidR="00792E55" w:rsidRDefault="00000000">
            <w:pPr>
              <w:spacing w:after="0" w:line="252" w:lineRule="auto"/>
            </w:pP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</w:tbl>
    <w:p w14:paraId="061BA864" w14:textId="77777777" w:rsidR="00792E55" w:rsidRDefault="00000000">
      <w:r>
        <w:br w:type="page"/>
      </w:r>
    </w:p>
    <w:p w14:paraId="6E17AF8F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DECISION-FATIGUE SOLUTION</w:t>
      </w:r>
    </w:p>
    <w:p w14:paraId="1DB6F9BC" w14:textId="77777777" w:rsidR="00792E55" w:rsidRDefault="00000000">
      <w:pPr>
        <w:pStyle w:val="Heading1"/>
        <w:spacing w:before="0"/>
      </w:pPr>
      <w:r>
        <w:t>My Go-To Meals</w:t>
      </w:r>
    </w:p>
    <w:p w14:paraId="0F9773A5" w14:textId="77777777" w:rsidR="00792E55" w:rsidRDefault="00000000">
      <w:pPr>
        <w:spacing w:after="200"/>
      </w:pPr>
      <w:r>
        <w:rPr>
          <w:i/>
          <w:color w:val="5F6B76"/>
          <w:sz w:val="21"/>
        </w:rPr>
        <w:t>Create a short list you can repeat when energy, time, or creativity is low.</w:t>
      </w:r>
    </w:p>
    <w:tbl>
      <w:tblPr>
        <w:tblStyle w:val="TableGrid"/>
        <w:tblW w:w="936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1600"/>
        <w:gridCol w:w="600"/>
        <w:gridCol w:w="4260"/>
        <w:gridCol w:w="2900"/>
      </w:tblGrid>
      <w:tr w:rsidR="00792E55" w14:paraId="57DE85C3" w14:textId="77777777">
        <w:trPr>
          <w:tblHeader/>
        </w:trPr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03C4C52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6"/>
              </w:rPr>
              <w:t>CATEGORY</w:t>
            </w:r>
          </w:p>
        </w:tc>
        <w:tc>
          <w:tcPr>
            <w:tcW w:w="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448B549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6"/>
              </w:rPr>
              <w:t>#</w:t>
            </w:r>
          </w:p>
        </w:tc>
        <w:tc>
          <w:tcPr>
            <w:tcW w:w="42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45FA702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6"/>
              </w:rPr>
              <w:t>GO-TO MEAL / SNACK</w:t>
            </w:r>
          </w:p>
        </w:tc>
        <w:tc>
          <w:tcPr>
            <w:tcW w:w="2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96CA5F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6"/>
              </w:rPr>
              <w:t>PROTEIN ANCHOR</w:t>
            </w:r>
          </w:p>
        </w:tc>
      </w:tr>
      <w:tr w:rsidR="00792E55" w14:paraId="5D604094" w14:textId="77777777"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BE6F39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Breakfast</w:t>
            </w:r>
          </w:p>
        </w:tc>
        <w:tc>
          <w:tcPr>
            <w:tcW w:w="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ABD87F8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42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415F9A8" w14:textId="77777777" w:rsidR="00792E55" w:rsidRDefault="00792E55">
            <w:pPr>
              <w:spacing w:after="0" w:line="252" w:lineRule="auto"/>
            </w:pPr>
          </w:p>
        </w:tc>
        <w:tc>
          <w:tcPr>
            <w:tcW w:w="2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175D3A" w14:textId="77777777" w:rsidR="00792E55" w:rsidRDefault="00792E55">
            <w:pPr>
              <w:spacing w:after="0" w:line="252" w:lineRule="auto"/>
            </w:pPr>
          </w:p>
        </w:tc>
      </w:tr>
      <w:tr w:rsidR="00792E55" w14:paraId="477751DA" w14:textId="77777777"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9A44AF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Breakfast</w:t>
            </w:r>
          </w:p>
        </w:tc>
        <w:tc>
          <w:tcPr>
            <w:tcW w:w="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949BC06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42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BF12D7" w14:textId="77777777" w:rsidR="00792E55" w:rsidRDefault="00792E55">
            <w:pPr>
              <w:spacing w:after="0" w:line="252" w:lineRule="auto"/>
            </w:pPr>
          </w:p>
        </w:tc>
        <w:tc>
          <w:tcPr>
            <w:tcW w:w="2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94281B8" w14:textId="77777777" w:rsidR="00792E55" w:rsidRDefault="00792E55">
            <w:pPr>
              <w:spacing w:after="0" w:line="252" w:lineRule="auto"/>
            </w:pPr>
          </w:p>
        </w:tc>
      </w:tr>
      <w:tr w:rsidR="00792E55" w14:paraId="78642CD1" w14:textId="77777777"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78BE226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Breakfast</w:t>
            </w:r>
          </w:p>
        </w:tc>
        <w:tc>
          <w:tcPr>
            <w:tcW w:w="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C6FB05B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42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CD8A1F" w14:textId="77777777" w:rsidR="00792E55" w:rsidRDefault="00792E55">
            <w:pPr>
              <w:spacing w:after="0" w:line="252" w:lineRule="auto"/>
            </w:pPr>
          </w:p>
        </w:tc>
        <w:tc>
          <w:tcPr>
            <w:tcW w:w="2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3892CA" w14:textId="77777777" w:rsidR="00792E55" w:rsidRDefault="00792E55">
            <w:pPr>
              <w:spacing w:after="0" w:line="252" w:lineRule="auto"/>
            </w:pPr>
          </w:p>
        </w:tc>
      </w:tr>
      <w:tr w:rsidR="00792E55" w14:paraId="71468648" w14:textId="77777777"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183B2C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Lunch</w:t>
            </w:r>
          </w:p>
        </w:tc>
        <w:tc>
          <w:tcPr>
            <w:tcW w:w="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A2DA61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42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A09B72" w14:textId="77777777" w:rsidR="00792E55" w:rsidRDefault="00792E55">
            <w:pPr>
              <w:spacing w:after="0" w:line="252" w:lineRule="auto"/>
            </w:pPr>
          </w:p>
        </w:tc>
        <w:tc>
          <w:tcPr>
            <w:tcW w:w="2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7846F3" w14:textId="77777777" w:rsidR="00792E55" w:rsidRDefault="00792E55">
            <w:pPr>
              <w:spacing w:after="0" w:line="252" w:lineRule="auto"/>
            </w:pPr>
          </w:p>
        </w:tc>
      </w:tr>
      <w:tr w:rsidR="00792E55" w14:paraId="669E4EC9" w14:textId="77777777"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99A663A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Lunch</w:t>
            </w:r>
          </w:p>
        </w:tc>
        <w:tc>
          <w:tcPr>
            <w:tcW w:w="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3509276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42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50FBF6F" w14:textId="77777777" w:rsidR="00792E55" w:rsidRDefault="00792E55">
            <w:pPr>
              <w:spacing w:after="0" w:line="252" w:lineRule="auto"/>
            </w:pPr>
          </w:p>
        </w:tc>
        <w:tc>
          <w:tcPr>
            <w:tcW w:w="2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300E37" w14:textId="77777777" w:rsidR="00792E55" w:rsidRDefault="00792E55">
            <w:pPr>
              <w:spacing w:after="0" w:line="252" w:lineRule="auto"/>
            </w:pPr>
          </w:p>
        </w:tc>
      </w:tr>
      <w:tr w:rsidR="00792E55" w14:paraId="7492859F" w14:textId="77777777"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2416A21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Lunch</w:t>
            </w:r>
          </w:p>
        </w:tc>
        <w:tc>
          <w:tcPr>
            <w:tcW w:w="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2917086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42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9673D0" w14:textId="77777777" w:rsidR="00792E55" w:rsidRDefault="00792E55">
            <w:pPr>
              <w:spacing w:after="0" w:line="252" w:lineRule="auto"/>
            </w:pPr>
          </w:p>
        </w:tc>
        <w:tc>
          <w:tcPr>
            <w:tcW w:w="2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E5AFB5" w14:textId="77777777" w:rsidR="00792E55" w:rsidRDefault="00792E55">
            <w:pPr>
              <w:spacing w:after="0" w:line="252" w:lineRule="auto"/>
            </w:pPr>
          </w:p>
        </w:tc>
      </w:tr>
      <w:tr w:rsidR="00792E55" w14:paraId="45BDBFA1" w14:textId="77777777"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1D20EB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Dinner</w:t>
            </w:r>
          </w:p>
        </w:tc>
        <w:tc>
          <w:tcPr>
            <w:tcW w:w="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C84B076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42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727795" w14:textId="77777777" w:rsidR="00792E55" w:rsidRDefault="00792E55">
            <w:pPr>
              <w:spacing w:after="0" w:line="252" w:lineRule="auto"/>
            </w:pPr>
          </w:p>
        </w:tc>
        <w:tc>
          <w:tcPr>
            <w:tcW w:w="2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7626B5D" w14:textId="77777777" w:rsidR="00792E55" w:rsidRDefault="00792E55">
            <w:pPr>
              <w:spacing w:after="0" w:line="252" w:lineRule="auto"/>
            </w:pPr>
          </w:p>
        </w:tc>
      </w:tr>
      <w:tr w:rsidR="00792E55" w14:paraId="4528CD68" w14:textId="77777777"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6D4C19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Dinner</w:t>
            </w:r>
          </w:p>
        </w:tc>
        <w:tc>
          <w:tcPr>
            <w:tcW w:w="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B0D0EEF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42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02B4F9" w14:textId="77777777" w:rsidR="00792E55" w:rsidRDefault="00792E55">
            <w:pPr>
              <w:spacing w:after="0" w:line="252" w:lineRule="auto"/>
            </w:pPr>
          </w:p>
        </w:tc>
        <w:tc>
          <w:tcPr>
            <w:tcW w:w="2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E59F9B" w14:textId="77777777" w:rsidR="00792E55" w:rsidRDefault="00792E55">
            <w:pPr>
              <w:spacing w:after="0" w:line="252" w:lineRule="auto"/>
            </w:pPr>
          </w:p>
        </w:tc>
      </w:tr>
      <w:tr w:rsidR="00792E55" w14:paraId="0011115A" w14:textId="77777777"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95CEF4A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Dinner</w:t>
            </w:r>
          </w:p>
        </w:tc>
        <w:tc>
          <w:tcPr>
            <w:tcW w:w="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54C1ED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42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7A064FD" w14:textId="77777777" w:rsidR="00792E55" w:rsidRDefault="00792E55">
            <w:pPr>
              <w:spacing w:after="0" w:line="252" w:lineRule="auto"/>
            </w:pPr>
          </w:p>
        </w:tc>
        <w:tc>
          <w:tcPr>
            <w:tcW w:w="2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F4EE0C1" w14:textId="77777777" w:rsidR="00792E55" w:rsidRDefault="00792E55">
            <w:pPr>
              <w:spacing w:after="0" w:line="252" w:lineRule="auto"/>
            </w:pPr>
          </w:p>
        </w:tc>
      </w:tr>
      <w:tr w:rsidR="00792E55" w14:paraId="6528B0B9" w14:textId="77777777"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9D356E1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Dinner</w:t>
            </w:r>
          </w:p>
        </w:tc>
        <w:tc>
          <w:tcPr>
            <w:tcW w:w="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BB8BD86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42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4B7F3D" w14:textId="77777777" w:rsidR="00792E55" w:rsidRDefault="00792E55">
            <w:pPr>
              <w:spacing w:after="0" w:line="252" w:lineRule="auto"/>
            </w:pPr>
          </w:p>
        </w:tc>
        <w:tc>
          <w:tcPr>
            <w:tcW w:w="2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5D44E5" w14:textId="77777777" w:rsidR="00792E55" w:rsidRDefault="00792E55">
            <w:pPr>
              <w:spacing w:after="0" w:line="252" w:lineRule="auto"/>
            </w:pPr>
          </w:p>
        </w:tc>
      </w:tr>
      <w:tr w:rsidR="00792E55" w14:paraId="608ECB4E" w14:textId="77777777"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5109780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Dinner</w:t>
            </w:r>
          </w:p>
        </w:tc>
        <w:tc>
          <w:tcPr>
            <w:tcW w:w="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90F1B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42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963972" w14:textId="77777777" w:rsidR="00792E55" w:rsidRDefault="00792E55">
            <w:pPr>
              <w:spacing w:after="0" w:line="252" w:lineRule="auto"/>
            </w:pPr>
          </w:p>
        </w:tc>
        <w:tc>
          <w:tcPr>
            <w:tcW w:w="2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D26B230" w14:textId="77777777" w:rsidR="00792E55" w:rsidRDefault="00792E55">
            <w:pPr>
              <w:spacing w:after="0" w:line="252" w:lineRule="auto"/>
            </w:pPr>
          </w:p>
        </w:tc>
      </w:tr>
      <w:tr w:rsidR="00792E55" w14:paraId="714CC23A" w14:textId="77777777"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11A5071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Snack</w:t>
            </w:r>
          </w:p>
        </w:tc>
        <w:tc>
          <w:tcPr>
            <w:tcW w:w="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98CE87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42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DBF599A" w14:textId="77777777" w:rsidR="00792E55" w:rsidRDefault="00792E55">
            <w:pPr>
              <w:spacing w:after="0" w:line="252" w:lineRule="auto"/>
            </w:pPr>
          </w:p>
        </w:tc>
        <w:tc>
          <w:tcPr>
            <w:tcW w:w="2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0DD3525" w14:textId="77777777" w:rsidR="00792E55" w:rsidRDefault="00792E55">
            <w:pPr>
              <w:spacing w:after="0" w:line="252" w:lineRule="auto"/>
            </w:pPr>
          </w:p>
        </w:tc>
      </w:tr>
      <w:tr w:rsidR="00792E55" w14:paraId="58AA91F7" w14:textId="77777777"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C41997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Snack</w:t>
            </w:r>
          </w:p>
        </w:tc>
        <w:tc>
          <w:tcPr>
            <w:tcW w:w="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6168CB4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42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207683" w14:textId="77777777" w:rsidR="00792E55" w:rsidRDefault="00792E55">
            <w:pPr>
              <w:spacing w:after="0" w:line="252" w:lineRule="auto"/>
            </w:pPr>
          </w:p>
        </w:tc>
        <w:tc>
          <w:tcPr>
            <w:tcW w:w="2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A6F3E01" w14:textId="77777777" w:rsidR="00792E55" w:rsidRDefault="00792E55">
            <w:pPr>
              <w:spacing w:after="0" w:line="252" w:lineRule="auto"/>
            </w:pPr>
          </w:p>
        </w:tc>
      </w:tr>
      <w:tr w:rsidR="00792E55" w14:paraId="7FD76B74" w14:textId="77777777"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AE9643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Snack</w:t>
            </w:r>
          </w:p>
        </w:tc>
        <w:tc>
          <w:tcPr>
            <w:tcW w:w="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EC7408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42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03AA73" w14:textId="77777777" w:rsidR="00792E55" w:rsidRDefault="00792E55">
            <w:pPr>
              <w:spacing w:after="0" w:line="252" w:lineRule="auto"/>
            </w:pPr>
          </w:p>
        </w:tc>
        <w:tc>
          <w:tcPr>
            <w:tcW w:w="2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0AEE015" w14:textId="77777777" w:rsidR="00792E55" w:rsidRDefault="00792E55">
            <w:pPr>
              <w:spacing w:after="0" w:line="252" w:lineRule="auto"/>
            </w:pPr>
          </w:p>
        </w:tc>
      </w:tr>
      <w:tr w:rsidR="00792E55" w14:paraId="07426FB4" w14:textId="77777777"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6423BA7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Snack</w:t>
            </w:r>
          </w:p>
        </w:tc>
        <w:tc>
          <w:tcPr>
            <w:tcW w:w="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F7288C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42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5DB4325" w14:textId="77777777" w:rsidR="00792E55" w:rsidRDefault="00792E55">
            <w:pPr>
              <w:spacing w:after="0" w:line="252" w:lineRule="auto"/>
            </w:pPr>
          </w:p>
        </w:tc>
        <w:tc>
          <w:tcPr>
            <w:tcW w:w="2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7ABDCCD" w14:textId="77777777" w:rsidR="00792E55" w:rsidRDefault="00792E55">
            <w:pPr>
              <w:spacing w:after="0" w:line="252" w:lineRule="auto"/>
            </w:pPr>
          </w:p>
        </w:tc>
      </w:tr>
      <w:tr w:rsidR="00792E55" w14:paraId="6F2B8E2E" w14:textId="77777777">
        <w:tc>
          <w:tcPr>
            <w:tcW w:w="1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AC40DF5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Snack</w:t>
            </w:r>
          </w:p>
        </w:tc>
        <w:tc>
          <w:tcPr>
            <w:tcW w:w="6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582101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42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F71BA0" w14:textId="77777777" w:rsidR="00792E55" w:rsidRDefault="00792E55">
            <w:pPr>
              <w:spacing w:after="0" w:line="252" w:lineRule="auto"/>
            </w:pPr>
          </w:p>
        </w:tc>
        <w:tc>
          <w:tcPr>
            <w:tcW w:w="29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3EB9122" w14:textId="77777777" w:rsidR="00792E55" w:rsidRDefault="00792E55">
            <w:pPr>
              <w:spacing w:after="0" w:line="252" w:lineRule="auto"/>
            </w:pPr>
          </w:p>
        </w:tc>
      </w:tr>
    </w:tbl>
    <w:p w14:paraId="74FA69D4" w14:textId="77777777" w:rsidR="00792E55" w:rsidRDefault="00000000">
      <w:pPr>
        <w:shd w:val="clear" w:color="auto" w:fill="F2F4F7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Emergency-meal rule:  </w:t>
      </w:r>
      <w:r>
        <w:rPr>
          <w:sz w:val="21"/>
        </w:rPr>
        <w:t>Keep ingredients for at least two go-to meals available at home, at work, or in the freezer.</w:t>
      </w:r>
    </w:p>
    <w:p w14:paraId="45BAD23E" w14:textId="77777777" w:rsidR="00792E55" w:rsidRDefault="00000000">
      <w:r>
        <w:br w:type="page"/>
      </w:r>
    </w:p>
    <w:p w14:paraId="2B20617A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BETWEEN-MEAL PAUSE</w:t>
      </w:r>
    </w:p>
    <w:p w14:paraId="14484DB4" w14:textId="77777777" w:rsidR="00792E55" w:rsidRDefault="00000000">
      <w:pPr>
        <w:pStyle w:val="Heading1"/>
        <w:spacing w:before="0"/>
      </w:pPr>
      <w:r>
        <w:t>True Hunger or Habit?</w:t>
      </w:r>
    </w:p>
    <w:p w14:paraId="34D9B7B3" w14:textId="77777777" w:rsidR="00792E55" w:rsidRDefault="00000000">
      <w:pPr>
        <w:spacing w:after="200"/>
      </w:pPr>
      <w:r>
        <w:rPr>
          <w:i/>
          <w:color w:val="5F6B76"/>
          <w:sz w:val="21"/>
        </w:rPr>
        <w:t>Pause before any unplanned eating and identify what you actually need.</w:t>
      </w:r>
    </w:p>
    <w:p w14:paraId="1F69288B" w14:textId="77777777" w:rsidR="00792E55" w:rsidRDefault="00000000">
      <w:pPr>
        <w:shd w:val="clear" w:color="auto" w:fill="E8EEF5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The standard:  </w:t>
      </w:r>
      <w:r>
        <w:rPr>
          <w:sz w:val="21"/>
        </w:rPr>
        <w:t>If food is genuinely needed, make it a planned eating occasion: decide, portion, sit down, and track it. If the urge is habit or emotion, use the routine you chose and keep the space between meals food-free.</w:t>
      </w:r>
    </w:p>
    <w:p w14:paraId="20452029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Am I physically hungry?</w:t>
      </w:r>
    </w:p>
    <w:p w14:paraId="16EF7933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When did I last eat?</w:t>
      </w:r>
    </w:p>
    <w:p w14:paraId="7C0944C2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Was that meal satisfying and protein-centered?</w:t>
      </w:r>
    </w:p>
    <w:p w14:paraId="0A9FBF44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Am I stressed?</w:t>
      </w:r>
    </w:p>
    <w:p w14:paraId="2D793FB0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Am I bored?</w:t>
      </w:r>
    </w:p>
    <w:p w14:paraId="1F8D0E51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Am I emotional?</w:t>
      </w:r>
    </w:p>
    <w:p w14:paraId="016B08EE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Am I tired, thirsty, lonely, or avoiding something?</w:t>
      </w:r>
    </w:p>
    <w:p w14:paraId="02423B3A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Would protein satisfy me right now?</w:t>
      </w:r>
    </w:p>
    <w:p w14:paraId="41E6CC5B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What physical hunger feels like in my body:</w:t>
      </w:r>
    </w:p>
    <w:p w14:paraId="4E3A8B72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3704717A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40821FB9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most common habit trigger:</w:t>
      </w:r>
    </w:p>
    <w:p w14:paraId="5B07E435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58CAA396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If I am hungry, I will choose:</w:t>
      </w:r>
    </w:p>
    <w:p w14:paraId="70F2A5A1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7C90029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If I need something else, I will try:</w:t>
      </w:r>
    </w:p>
    <w:p w14:paraId="6517E34F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6078334D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7E54F67F" w14:textId="77777777" w:rsidR="00792E55" w:rsidRDefault="00000000">
      <w:pPr>
        <w:shd w:val="clear" w:color="auto" w:fill="F2F4F7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Grace over perfection:  </w:t>
      </w:r>
      <w:r>
        <w:rPr>
          <w:sz w:val="21"/>
        </w:rPr>
        <w:t>If you eat, track it without shame. Curiosity keeps the learning process open.</w:t>
      </w:r>
    </w:p>
    <w:p w14:paraId="1C816B10" w14:textId="77777777" w:rsidR="00792E55" w:rsidRDefault="00000000">
      <w:r>
        <w:br w:type="page"/>
      </w:r>
    </w:p>
    <w:p w14:paraId="2BF50122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REUSABLE TOOL</w:t>
      </w:r>
    </w:p>
    <w:p w14:paraId="7139314B" w14:textId="77777777" w:rsidR="00792E55" w:rsidRDefault="00000000">
      <w:pPr>
        <w:pStyle w:val="Heading1"/>
        <w:spacing w:before="0"/>
      </w:pPr>
      <w:r>
        <w:t>One-Day Awareness Log</w:t>
      </w:r>
    </w:p>
    <w:p w14:paraId="3A24F013" w14:textId="77777777" w:rsidR="00792E55" w:rsidRDefault="00000000">
      <w:pPr>
        <w:spacing w:after="200"/>
      </w:pPr>
      <w:r>
        <w:rPr>
          <w:i/>
          <w:color w:val="5F6B76"/>
          <w:sz w:val="21"/>
        </w:rPr>
        <w:t>Use this page when you want more detail than your weekly grid. Photocopy or duplicate as needed.</w:t>
      </w:r>
    </w:p>
    <w:tbl>
      <w:tblPr>
        <w:tblStyle w:val="TableGrid"/>
        <w:tblW w:w="936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1150"/>
        <w:gridCol w:w="2350"/>
        <w:gridCol w:w="1500"/>
        <w:gridCol w:w="950"/>
        <w:gridCol w:w="950"/>
        <w:gridCol w:w="2460"/>
      </w:tblGrid>
      <w:tr w:rsidR="00792E55" w14:paraId="773A810F" w14:textId="77777777">
        <w:trPr>
          <w:tblHeader/>
        </w:trPr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1ADD0C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TIME / MEAL</w:t>
            </w:r>
          </w:p>
        </w:tc>
        <w:tc>
          <w:tcPr>
            <w:tcW w:w="23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9EEE86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FOOD + DRINK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316A5D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AMOUNT / METHOD</w:t>
            </w:r>
          </w:p>
        </w:tc>
        <w:tc>
          <w:tcPr>
            <w:tcW w:w="9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CA49E7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HUNGER</w:t>
            </w:r>
            <w:r>
              <w:rPr>
                <w:b/>
                <w:color w:val="1F4D78"/>
                <w:sz w:val="15"/>
              </w:rPr>
              <w:br/>
              <w:t>0–10</w:t>
            </w:r>
          </w:p>
        </w:tc>
        <w:tc>
          <w:tcPr>
            <w:tcW w:w="9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81EDC6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FULLNESS</w:t>
            </w:r>
            <w:r>
              <w:rPr>
                <w:b/>
                <w:color w:val="1F4D78"/>
                <w:sz w:val="15"/>
              </w:rPr>
              <w:br/>
              <w:t>0–10</w:t>
            </w:r>
          </w:p>
        </w:tc>
        <w:tc>
          <w:tcPr>
            <w:tcW w:w="2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8B8A04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CONTEXT / NOTE</w:t>
            </w:r>
          </w:p>
        </w:tc>
      </w:tr>
      <w:tr w:rsidR="00792E55" w14:paraId="33C83065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7612D7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23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BD7548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492752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9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76384C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9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5AAEB2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2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ECE2DD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792E55" w14:paraId="76C32F1E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F57320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23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4E63B2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539209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9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162C1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9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A6AA33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2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DC4EAE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792E55" w14:paraId="76DC02EC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F37DCC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23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2DC429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CB5CEC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9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B87F28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9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F30EED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2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907B6E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792E55" w14:paraId="35770C6C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692160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23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3253A3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BF867B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9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96F699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9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7F2439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2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9D73F9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792E55" w14:paraId="6752F2CD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245377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23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A2D9F8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90BB7C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9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756D52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9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EFC47E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2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521096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792E55" w14:paraId="40B1133E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399809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23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8A7945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5B2A67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9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767F32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9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FA6978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2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AD054D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792E55" w14:paraId="345714EB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3C1B2C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23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EB452B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C968D4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9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C73734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9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9D837B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246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C9EB5D" w14:textId="77777777" w:rsidR="00792E55" w:rsidRDefault="00000000">
            <w:pPr>
              <w:spacing w:after="0" w:line="252" w:lineRule="auto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</w:tbl>
    <w:p w14:paraId="0BCA55D0" w14:textId="77777777" w:rsidR="00792E55" w:rsidRDefault="00000000">
      <w:pPr>
        <w:pStyle w:val="Heading2"/>
      </w:pPr>
      <w:r>
        <w:t>Two-minute review</w:t>
      </w:r>
    </w:p>
    <w:p w14:paraId="6C4AC941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What I noticed:</w:t>
      </w:r>
    </w:p>
    <w:p w14:paraId="0C17A167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0197975B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F96349C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One adjustment I may test tomorrow:</w:t>
      </w:r>
    </w:p>
    <w:p w14:paraId="306D0124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60D19775" w14:textId="77777777" w:rsidR="00792E55" w:rsidRDefault="00000000">
      <w:r>
        <w:br w:type="page"/>
      </w:r>
    </w:p>
    <w:p w14:paraId="63AC4FBC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21-DAY CHALLENGE</w:t>
      </w:r>
    </w:p>
    <w:p w14:paraId="647BDAED" w14:textId="77777777" w:rsidR="00792E55" w:rsidRDefault="00000000">
      <w:pPr>
        <w:pStyle w:val="Heading1"/>
        <w:spacing w:before="0"/>
      </w:pPr>
      <w:r>
        <w:t>Week 1 Tracker: Track &amp; Learn</w:t>
      </w:r>
    </w:p>
    <w:p w14:paraId="7E8AAB0F" w14:textId="77777777" w:rsidR="00792E55" w:rsidRDefault="00000000">
      <w:pPr>
        <w:spacing w:after="200"/>
      </w:pPr>
      <w:r>
        <w:rPr>
          <w:i/>
          <w:color w:val="5F6B76"/>
          <w:sz w:val="21"/>
        </w:rPr>
        <w:t>Establish honest daily tracking and your morning anchor.</w:t>
      </w:r>
    </w:p>
    <w:p w14:paraId="28D14D0C" w14:textId="77777777" w:rsidR="00792E55" w:rsidRDefault="00000000">
      <w:pPr>
        <w:shd w:val="clear" w:color="auto" w:fill="F4F6F9"/>
        <w:spacing w:before="100" w:after="160" w:line="276" w:lineRule="auto"/>
        <w:ind w:left="173" w:right="173"/>
      </w:pPr>
      <w:r>
        <w:rPr>
          <w:b/>
          <w:color w:val="2E74B5"/>
          <w:sz w:val="21"/>
        </w:rPr>
        <w:t xml:space="preserve">This week’s rule:  </w:t>
      </w:r>
      <w:r>
        <w:rPr>
          <w:sz w:val="21"/>
        </w:rPr>
        <w:t>A complete-enough record beats a perfect record that never gets made.</w:t>
      </w:r>
    </w:p>
    <w:tbl>
      <w:tblPr>
        <w:tblStyle w:val="TableGrid"/>
        <w:tblW w:w="9360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1200"/>
        <w:gridCol w:w="1200"/>
        <w:gridCol w:w="1300"/>
        <w:gridCol w:w="1500"/>
        <w:gridCol w:w="1550"/>
        <w:gridCol w:w="1200"/>
        <w:gridCol w:w="1410"/>
      </w:tblGrid>
      <w:tr w:rsidR="00792E55" w14:paraId="47AA2F28" w14:textId="77777777">
        <w:trPr>
          <w:tblHeader/>
        </w:trPr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857CBC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DATE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0EF4B1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SUNLIGHT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CDED38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PROTEIN</w:t>
            </w:r>
            <w:r>
              <w:rPr>
                <w:b/>
                <w:color w:val="1F4D78"/>
                <w:sz w:val="15"/>
              </w:rPr>
              <w:br/>
              <w:t>GOAL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121DD3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BALANCED</w:t>
            </w:r>
            <w:r>
              <w:rPr>
                <w:b/>
                <w:color w:val="1F4D78"/>
                <w:sz w:val="15"/>
              </w:rPr>
              <w:br/>
              <w:t>MEALS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0F0ABF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MOVE /</w:t>
            </w:r>
            <w:r>
              <w:rPr>
                <w:b/>
                <w:color w:val="1F4D78"/>
                <w:sz w:val="15"/>
              </w:rPr>
              <w:br/>
              <w:t>STRENGTH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1C1070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TRACKED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AF645E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NO</w:t>
            </w:r>
            <w:r>
              <w:rPr>
                <w:b/>
                <w:color w:val="1F4D78"/>
                <w:sz w:val="15"/>
              </w:rPr>
              <w:br/>
              <w:t>UNPLANNED</w:t>
            </w:r>
            <w:r>
              <w:rPr>
                <w:b/>
                <w:color w:val="1F4D78"/>
                <w:sz w:val="15"/>
              </w:rPr>
              <w:br/>
              <w:t>SNACKS</w:t>
            </w:r>
          </w:p>
        </w:tc>
      </w:tr>
      <w:tr w:rsidR="00792E55" w14:paraId="7A9072BD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DFF688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Thu 8/6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01B9E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461F2D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26BAAB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D40A3D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999103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5D0B89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5668619B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8EB30D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Fri 8/7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77ACE7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30CFB8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9D895C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AB34C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14DCDC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69B598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76DCF80D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756BE5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Sat 8/8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B9224F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65FCC1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9E399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149958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4B9AFC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85A377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1272F519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24F32D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Sun 8/9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91C0C5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9CFA9D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4749F4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ECE536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224514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C0B881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479D5307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317774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Mon 8/10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C07FE6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F75D76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C97FEF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3DEEA2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F88B9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10691D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7F2B0F95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87170B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Tue 8/11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8C0997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58C4C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82588C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8B9A33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A757DF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E2AD9C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0BD4D8B1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01CD07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Wed 8/12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234FCD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B91F2D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EDC18F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277E57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269EF5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ACDE32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</w:tbl>
    <w:p w14:paraId="7F89BE70" w14:textId="77777777" w:rsidR="00792E55" w:rsidRDefault="00000000">
      <w:pPr>
        <w:pStyle w:val="Heading2"/>
      </w:pPr>
      <w:r>
        <w:t>Weekly review</w:t>
      </w:r>
    </w:p>
    <w:p w14:paraId="625BBB1B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pattern I noticed:</w:t>
      </w:r>
    </w:p>
    <w:p w14:paraId="7425F4B7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7"/>
        </w:rPr>
        <w:t xml:space="preserve"> </w:t>
      </w:r>
    </w:p>
    <w:p w14:paraId="6F29FE9F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One win I want to celebrate:</w:t>
      </w:r>
    </w:p>
    <w:p w14:paraId="391A1A6A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7"/>
        </w:rPr>
        <w:t xml:space="preserve"> </w:t>
      </w:r>
    </w:p>
    <w:p w14:paraId="397429B4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One adjustment I will test next week:</w:t>
      </w:r>
    </w:p>
    <w:p w14:paraId="3870A606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7"/>
        </w:rPr>
        <w:t xml:space="preserve"> </w:t>
      </w:r>
    </w:p>
    <w:p w14:paraId="549E0088" w14:textId="77777777" w:rsidR="00792E55" w:rsidRDefault="00000000">
      <w:r>
        <w:br w:type="page"/>
      </w:r>
    </w:p>
    <w:p w14:paraId="4C873EC4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21-DAY CHALLENGE</w:t>
      </w:r>
    </w:p>
    <w:p w14:paraId="7B7FCB7A" w14:textId="77777777" w:rsidR="00792E55" w:rsidRDefault="00000000">
      <w:pPr>
        <w:pStyle w:val="Heading1"/>
        <w:spacing w:before="0"/>
      </w:pPr>
      <w:r>
        <w:t>Week 2 Tracker: Add Strategy</w:t>
      </w:r>
    </w:p>
    <w:p w14:paraId="70AE0532" w14:textId="77777777" w:rsidR="00792E55" w:rsidRDefault="00000000">
      <w:pPr>
        <w:spacing w:after="200"/>
      </w:pPr>
      <w:r>
        <w:rPr>
          <w:i/>
          <w:color w:val="5F6B76"/>
          <w:sz w:val="21"/>
        </w:rPr>
        <w:t>Keep the log going while you add movement, strength work, or another coached strategy.</w:t>
      </w:r>
    </w:p>
    <w:p w14:paraId="5F0A555C" w14:textId="77777777" w:rsidR="00792E55" w:rsidRDefault="00000000">
      <w:pPr>
        <w:shd w:val="clear" w:color="auto" w:fill="F4F6F9"/>
        <w:spacing w:before="100" w:after="160" w:line="276" w:lineRule="auto"/>
        <w:ind w:left="173" w:right="173"/>
      </w:pPr>
      <w:r>
        <w:rPr>
          <w:b/>
          <w:color w:val="2E74B5"/>
          <w:sz w:val="21"/>
        </w:rPr>
        <w:t xml:space="preserve">This week’s rule:  </w:t>
      </w:r>
      <w:r>
        <w:rPr>
          <w:sz w:val="21"/>
        </w:rPr>
        <w:t>A complete-enough record beats a perfect record that never gets made.</w:t>
      </w:r>
    </w:p>
    <w:tbl>
      <w:tblPr>
        <w:tblStyle w:val="TableGrid"/>
        <w:tblW w:w="9360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1200"/>
        <w:gridCol w:w="1200"/>
        <w:gridCol w:w="1300"/>
        <w:gridCol w:w="1500"/>
        <w:gridCol w:w="1550"/>
        <w:gridCol w:w="1200"/>
        <w:gridCol w:w="1410"/>
      </w:tblGrid>
      <w:tr w:rsidR="00792E55" w14:paraId="48437B4A" w14:textId="77777777">
        <w:trPr>
          <w:tblHeader/>
        </w:trPr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79908D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DATE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AB3ACE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SUNLIGHT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FBB28D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PROTEIN</w:t>
            </w:r>
            <w:r>
              <w:rPr>
                <w:b/>
                <w:color w:val="1F4D78"/>
                <w:sz w:val="15"/>
              </w:rPr>
              <w:br/>
              <w:t>GOAL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FD8A29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BALANCED</w:t>
            </w:r>
            <w:r>
              <w:rPr>
                <w:b/>
                <w:color w:val="1F4D78"/>
                <w:sz w:val="15"/>
              </w:rPr>
              <w:br/>
              <w:t>MEALS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AA36E9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MOVE /</w:t>
            </w:r>
            <w:r>
              <w:rPr>
                <w:b/>
                <w:color w:val="1F4D78"/>
                <w:sz w:val="15"/>
              </w:rPr>
              <w:br/>
              <w:t>STRENGTH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0977B0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TRACKED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417C20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NO</w:t>
            </w:r>
            <w:r>
              <w:rPr>
                <w:b/>
                <w:color w:val="1F4D78"/>
                <w:sz w:val="15"/>
              </w:rPr>
              <w:br/>
              <w:t>UNPLANNED</w:t>
            </w:r>
            <w:r>
              <w:rPr>
                <w:b/>
                <w:color w:val="1F4D78"/>
                <w:sz w:val="15"/>
              </w:rPr>
              <w:br/>
              <w:t>SNACKS</w:t>
            </w:r>
          </w:p>
        </w:tc>
      </w:tr>
      <w:tr w:rsidR="00792E55" w14:paraId="5AC2A011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DDB168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Thu 8/13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EBBAD2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6AF48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341B57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099DD7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F914A7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9A1273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33A01C7C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83814B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Fri 8/14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040147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B1AAFB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F91CC6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D1BD9C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63CFCE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27EC46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389883F4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719FD5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Sat 8/15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0D7F9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E50CE4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2C476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BC9D61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EE4CFB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0C229C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39A75191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0AF3D8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Sun 8/16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3974E5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463D59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AC561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6FE3F6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8916E7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408126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7D375276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F0FB72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Mon 8/17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EB2119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61B05F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B802C0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4E8294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F420C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9AA1A0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50460BB8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6362D1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Tue 8/18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D2BF9F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0E0C7C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019CB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E687CD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F4A374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2F8D22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193D4328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3C7ECB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Wed 8/19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D8E944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79C665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BCF1B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9228A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2ECF29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CE23B8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</w:tbl>
    <w:p w14:paraId="5E460BED" w14:textId="77777777" w:rsidR="00792E55" w:rsidRDefault="00000000">
      <w:pPr>
        <w:pStyle w:val="Heading2"/>
      </w:pPr>
      <w:r>
        <w:t>Weekly review</w:t>
      </w:r>
    </w:p>
    <w:p w14:paraId="40447E5B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pattern I noticed:</w:t>
      </w:r>
    </w:p>
    <w:p w14:paraId="1EB03B2F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7"/>
        </w:rPr>
        <w:t xml:space="preserve"> </w:t>
      </w:r>
    </w:p>
    <w:p w14:paraId="69DB308B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One win I want to celebrate:</w:t>
      </w:r>
    </w:p>
    <w:p w14:paraId="18E246B9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7"/>
        </w:rPr>
        <w:t xml:space="preserve"> </w:t>
      </w:r>
    </w:p>
    <w:p w14:paraId="3BBFF535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One adjustment I will test next week:</w:t>
      </w:r>
    </w:p>
    <w:p w14:paraId="4E2ECF77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7"/>
        </w:rPr>
        <w:t xml:space="preserve"> </w:t>
      </w:r>
    </w:p>
    <w:p w14:paraId="74D9E091" w14:textId="77777777" w:rsidR="00792E55" w:rsidRDefault="00000000">
      <w:r>
        <w:br w:type="page"/>
      </w:r>
    </w:p>
    <w:p w14:paraId="658920CC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WEEK THREE • BUILD YOUR LIFESTYLE</w:t>
      </w:r>
    </w:p>
    <w:p w14:paraId="58BC1131" w14:textId="77777777" w:rsidR="00792E55" w:rsidRDefault="00000000">
      <w:pPr>
        <w:pStyle w:val="Heading1"/>
        <w:spacing w:before="0"/>
      </w:pPr>
      <w:r>
        <w:t>My Real-Life Routine Plan</w:t>
      </w:r>
    </w:p>
    <w:p w14:paraId="41EC71E6" w14:textId="77777777" w:rsidR="00792E55" w:rsidRDefault="00000000">
      <w:pPr>
        <w:spacing w:after="200"/>
      </w:pPr>
      <w:r>
        <w:rPr>
          <w:i/>
          <w:color w:val="5F6B76"/>
          <w:sz w:val="21"/>
        </w:rPr>
        <w:t>Travel • Weekends • Special events • Stress eating • Decision fatigue • Momentum</w:t>
      </w:r>
    </w:p>
    <w:p w14:paraId="26DA4A04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Travel — the minimum routine I can keep:</w:t>
      </w:r>
    </w:p>
    <w:p w14:paraId="1F563D8B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4A83B8EA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Weekends — the anchor that keeps my days from drifting:</w:t>
      </w:r>
    </w:p>
    <w:p w14:paraId="3A59C46C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0D12DCA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Special events — how I will enjoy the event and still track honestly:</w:t>
      </w:r>
    </w:p>
    <w:p w14:paraId="13D66DF6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4452619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Stress eating — the signal I want to notice sooner:</w:t>
      </w:r>
    </w:p>
    <w:p w14:paraId="0BD35B9C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466E30EF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Decision fatigue — the go-to meal or backup plan I will use:</w:t>
      </w:r>
    </w:p>
    <w:p w14:paraId="0C5822AF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C374F98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Keeping momentum — what I will do after an imperfect choice:</w:t>
      </w:r>
    </w:p>
    <w:p w14:paraId="60F540A6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3BBE169E" w14:textId="77777777" w:rsidR="00792E55" w:rsidRDefault="00000000">
      <w:pPr>
        <w:pStyle w:val="Heading2"/>
      </w:pPr>
      <w:r>
        <w:t>My Week Three rules</w:t>
      </w:r>
    </w:p>
    <w:p w14:paraId="06767DF9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Use the minimum version instead of quitting.</w:t>
      </w:r>
    </w:p>
    <w:p w14:paraId="0ACB7361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Never turn one choice into an abandoned day.</w:t>
      </w:r>
    </w:p>
    <w:p w14:paraId="3A161360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Protect planned meals and abstain from grazing between them.</w:t>
      </w:r>
    </w:p>
    <w:p w14:paraId="7BF21A1F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Track first; review with curiosity later.</w:t>
      </w:r>
    </w:p>
    <w:p w14:paraId="11E105B6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Return to protein, plants, movement, and the next planned routine.</w:t>
      </w:r>
    </w:p>
    <w:p w14:paraId="00A4C08F" w14:textId="77777777" w:rsidR="00792E55" w:rsidRDefault="00000000">
      <w:pPr>
        <w:shd w:val="clear" w:color="auto" w:fill="E8EEF5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Identity statement:  </w:t>
      </w:r>
      <w:r>
        <w:rPr>
          <w:sz w:val="21"/>
        </w:rPr>
        <w:t>I am becoming a woman who can care for herself in real life—not only when conditions are perfect.</w:t>
      </w:r>
    </w:p>
    <w:p w14:paraId="4B7BCC38" w14:textId="77777777" w:rsidR="00792E55" w:rsidRDefault="00000000">
      <w:r>
        <w:br w:type="page"/>
      </w:r>
    </w:p>
    <w:p w14:paraId="675668DE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21-DAY CHALLENGE</w:t>
      </w:r>
    </w:p>
    <w:p w14:paraId="790200DC" w14:textId="77777777" w:rsidR="00792E55" w:rsidRDefault="00000000">
      <w:pPr>
        <w:pStyle w:val="Heading1"/>
        <w:spacing w:before="0"/>
      </w:pPr>
      <w:r>
        <w:t>Week 3 Tracker: Repeat &amp; Refine</w:t>
      </w:r>
    </w:p>
    <w:p w14:paraId="5CE7ED8F" w14:textId="77777777" w:rsidR="00792E55" w:rsidRDefault="00000000">
      <w:pPr>
        <w:spacing w:after="200"/>
      </w:pPr>
      <w:r>
        <w:rPr>
          <w:i/>
          <w:color w:val="5F6B76"/>
          <w:sz w:val="21"/>
        </w:rPr>
        <w:t>Protect consistency, learn from patterns, and prepare for the 12-day follow-through.</w:t>
      </w:r>
    </w:p>
    <w:p w14:paraId="48916788" w14:textId="77777777" w:rsidR="00792E55" w:rsidRDefault="00000000">
      <w:pPr>
        <w:shd w:val="clear" w:color="auto" w:fill="F4F6F9"/>
        <w:spacing w:before="100" w:after="160" w:line="276" w:lineRule="auto"/>
        <w:ind w:left="173" w:right="173"/>
      </w:pPr>
      <w:r>
        <w:rPr>
          <w:b/>
          <w:color w:val="2E74B5"/>
          <w:sz w:val="21"/>
        </w:rPr>
        <w:t xml:space="preserve">This week’s rule:  </w:t>
      </w:r>
      <w:r>
        <w:rPr>
          <w:sz w:val="21"/>
        </w:rPr>
        <w:t>A complete-enough record beats a perfect record that never gets made.</w:t>
      </w:r>
    </w:p>
    <w:tbl>
      <w:tblPr>
        <w:tblStyle w:val="TableGrid"/>
        <w:tblW w:w="9360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1200"/>
        <w:gridCol w:w="1200"/>
        <w:gridCol w:w="1300"/>
        <w:gridCol w:w="1500"/>
        <w:gridCol w:w="1550"/>
        <w:gridCol w:w="1200"/>
        <w:gridCol w:w="1410"/>
      </w:tblGrid>
      <w:tr w:rsidR="00792E55" w14:paraId="6805DD44" w14:textId="77777777">
        <w:trPr>
          <w:tblHeader/>
        </w:trPr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3DAB6B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DATE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E5E7A3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SUNLIGHT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F421CC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PROTEIN</w:t>
            </w:r>
            <w:r>
              <w:rPr>
                <w:b/>
                <w:color w:val="1F4D78"/>
                <w:sz w:val="15"/>
              </w:rPr>
              <w:br/>
              <w:t>GOAL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C150D3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BALANCED</w:t>
            </w:r>
            <w:r>
              <w:rPr>
                <w:b/>
                <w:color w:val="1F4D78"/>
                <w:sz w:val="15"/>
              </w:rPr>
              <w:br/>
              <w:t>MEALS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466D97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MOVE /</w:t>
            </w:r>
            <w:r>
              <w:rPr>
                <w:b/>
                <w:color w:val="1F4D78"/>
                <w:sz w:val="15"/>
              </w:rPr>
              <w:br/>
              <w:t>STRENGTH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E729DF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TRACKED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3E3F0E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5"/>
              </w:rPr>
              <w:t>NO</w:t>
            </w:r>
            <w:r>
              <w:rPr>
                <w:b/>
                <w:color w:val="1F4D78"/>
                <w:sz w:val="15"/>
              </w:rPr>
              <w:br/>
              <w:t>UNPLANNED</w:t>
            </w:r>
            <w:r>
              <w:rPr>
                <w:b/>
                <w:color w:val="1F4D78"/>
                <w:sz w:val="15"/>
              </w:rPr>
              <w:br/>
              <w:t>SNACKS</w:t>
            </w:r>
          </w:p>
        </w:tc>
      </w:tr>
      <w:tr w:rsidR="00792E55" w14:paraId="2C2B3EAA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066A18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Thu 8/20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21063E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F9451A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DCC259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18AA3F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480B87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EF0F4F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1403C647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0FC7FE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Fri 8/21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7812A6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7026B2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8963F2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CBE6E7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65D0F0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0D3054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7FE08C86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DA53BF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Sat 8/22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CBB8BF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7B507B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CB3108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250282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DDFFC8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AA6B3C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2D6DD57D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7BE591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Sun 8/23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22D34E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1112D4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0C3166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CFEADF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725E87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A14201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74E17664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A3EDEE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Mon 8/24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EBB547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963B42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6C4459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86B710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29CB83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712D3E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2B4B58DF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87D67D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Tue 8/25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3C2C23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76136E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D43F32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895202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1BDF55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539A18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  <w:tr w:rsidR="00792E55" w14:paraId="3368A1E6" w14:textId="77777777"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9D27CD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6"/>
              </w:rPr>
              <w:t>Wed 8/26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0C8D36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3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920AC3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B3B2E2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5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E24BFC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2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89F21D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14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1A2E22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</w:tr>
    </w:tbl>
    <w:p w14:paraId="5017BC56" w14:textId="77777777" w:rsidR="00792E55" w:rsidRDefault="00000000">
      <w:pPr>
        <w:pStyle w:val="Heading2"/>
      </w:pPr>
      <w:r>
        <w:t>Weekly review</w:t>
      </w:r>
    </w:p>
    <w:p w14:paraId="39A10988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pattern I noticed:</w:t>
      </w:r>
    </w:p>
    <w:p w14:paraId="71F77B86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7"/>
        </w:rPr>
        <w:t xml:space="preserve"> </w:t>
      </w:r>
    </w:p>
    <w:p w14:paraId="3E4AAAB5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One win I want to celebrate:</w:t>
      </w:r>
    </w:p>
    <w:p w14:paraId="5183B24D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7"/>
        </w:rPr>
        <w:t xml:space="preserve"> </w:t>
      </w:r>
    </w:p>
    <w:p w14:paraId="445C17ED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One adjustment I will test next week:</w:t>
      </w:r>
    </w:p>
    <w:p w14:paraId="1C0EC4C7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7"/>
        </w:rPr>
        <w:t xml:space="preserve"> </w:t>
      </w:r>
    </w:p>
    <w:p w14:paraId="7D9FCC6C" w14:textId="77777777" w:rsidR="00792E55" w:rsidRDefault="00000000">
      <w:r>
        <w:br w:type="page"/>
      </w:r>
    </w:p>
    <w:p w14:paraId="76724C08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21 + 12</w:t>
      </w:r>
    </w:p>
    <w:p w14:paraId="19DBD867" w14:textId="77777777" w:rsidR="00792E55" w:rsidRDefault="00000000">
      <w:pPr>
        <w:pStyle w:val="Heading1"/>
        <w:spacing w:before="0"/>
      </w:pPr>
      <w:r>
        <w:t>Labor Day Follow-Through</w:t>
      </w:r>
    </w:p>
    <w:p w14:paraId="2209A6E2" w14:textId="77777777" w:rsidR="00792E55" w:rsidRDefault="00000000">
      <w:pPr>
        <w:spacing w:after="200"/>
      </w:pPr>
      <w:r>
        <w:rPr>
          <w:i/>
          <w:color w:val="5F6B76"/>
          <w:sz w:val="21"/>
        </w:rPr>
        <w:t>The challenge ends August 26. The routines continue through September 7.</w:t>
      </w:r>
    </w:p>
    <w:p w14:paraId="6754002B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three habits I am carrying forward:</w:t>
      </w:r>
    </w:p>
    <w:p w14:paraId="1C976A2F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77D14A83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332481B2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tbl>
      <w:tblPr>
        <w:tblStyle w:val="TableGrid"/>
        <w:tblW w:w="936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150"/>
        <w:gridCol w:w="2100"/>
        <w:gridCol w:w="2100"/>
        <w:gridCol w:w="4010"/>
      </w:tblGrid>
      <w:tr w:rsidR="00792E55" w14:paraId="415E91ED" w14:textId="77777777">
        <w:trPr>
          <w:tblHeader/>
        </w:trPr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A90581E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6"/>
              </w:rPr>
              <w:t>DATE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E913132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6"/>
              </w:rPr>
              <w:t>TRACKED / AWARE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3190AC8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6"/>
              </w:rPr>
              <w:t>ROUTINE ANCHOR</w:t>
            </w:r>
          </w:p>
        </w:tc>
        <w:tc>
          <w:tcPr>
            <w:tcW w:w="40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shd w:val="clear" w:color="auto" w:fill="E8EEF5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2BF564D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color w:val="1F4D78"/>
                <w:sz w:val="16"/>
              </w:rPr>
              <w:t>ONE-WORD NOTE</w:t>
            </w:r>
          </w:p>
        </w:tc>
      </w:tr>
      <w:tr w:rsidR="00792E55" w14:paraId="377D1A7A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41115A6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8/27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E78785D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EAE79AC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40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67EBF49" w14:textId="77777777" w:rsidR="00792E55" w:rsidRDefault="00792E55">
            <w:pPr>
              <w:spacing w:after="0" w:line="252" w:lineRule="auto"/>
            </w:pPr>
          </w:p>
        </w:tc>
      </w:tr>
      <w:tr w:rsidR="00792E55" w14:paraId="156CA6C2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56D94AF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8/28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7EDD9A9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AC40B4D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40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DF259D2" w14:textId="77777777" w:rsidR="00792E55" w:rsidRDefault="00792E55">
            <w:pPr>
              <w:spacing w:after="0" w:line="252" w:lineRule="auto"/>
            </w:pPr>
          </w:p>
        </w:tc>
      </w:tr>
      <w:tr w:rsidR="00792E55" w14:paraId="0D1D9C07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4460F50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8/29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EC61156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F93B63B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40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0C2D2CB" w14:textId="77777777" w:rsidR="00792E55" w:rsidRDefault="00792E55">
            <w:pPr>
              <w:spacing w:after="0" w:line="252" w:lineRule="auto"/>
            </w:pPr>
          </w:p>
        </w:tc>
      </w:tr>
      <w:tr w:rsidR="00792E55" w14:paraId="576F6D57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3F769B2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8/30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59EB180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40C3B31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40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4478969" w14:textId="77777777" w:rsidR="00792E55" w:rsidRDefault="00792E55">
            <w:pPr>
              <w:spacing w:after="0" w:line="252" w:lineRule="auto"/>
            </w:pPr>
          </w:p>
        </w:tc>
      </w:tr>
      <w:tr w:rsidR="00792E55" w14:paraId="336A4862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8C28788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8/31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9D65FF3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02BA434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40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54717D7" w14:textId="77777777" w:rsidR="00792E55" w:rsidRDefault="00792E55">
            <w:pPr>
              <w:spacing w:after="0" w:line="252" w:lineRule="auto"/>
            </w:pPr>
          </w:p>
        </w:tc>
      </w:tr>
      <w:tr w:rsidR="00792E55" w14:paraId="1312858D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F679F16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9/1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54ECD69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B2AF463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40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9EE3922" w14:textId="77777777" w:rsidR="00792E55" w:rsidRDefault="00792E55">
            <w:pPr>
              <w:spacing w:after="0" w:line="252" w:lineRule="auto"/>
            </w:pPr>
          </w:p>
        </w:tc>
      </w:tr>
      <w:tr w:rsidR="00792E55" w14:paraId="515B6060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89A2E8A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9/2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DF84670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8B31C85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40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A59C806" w14:textId="77777777" w:rsidR="00792E55" w:rsidRDefault="00792E55">
            <w:pPr>
              <w:spacing w:after="0" w:line="252" w:lineRule="auto"/>
            </w:pPr>
          </w:p>
        </w:tc>
      </w:tr>
      <w:tr w:rsidR="00792E55" w14:paraId="6F064540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98D26AE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9/3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711B8F3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DF13703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40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9D86E25" w14:textId="77777777" w:rsidR="00792E55" w:rsidRDefault="00792E55">
            <w:pPr>
              <w:spacing w:after="0" w:line="252" w:lineRule="auto"/>
            </w:pPr>
          </w:p>
        </w:tc>
      </w:tr>
      <w:tr w:rsidR="00792E55" w14:paraId="7EC6802A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E9B90D9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9/4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110C48E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B512865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40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3877600" w14:textId="77777777" w:rsidR="00792E55" w:rsidRDefault="00792E55">
            <w:pPr>
              <w:spacing w:after="0" w:line="252" w:lineRule="auto"/>
            </w:pPr>
          </w:p>
        </w:tc>
      </w:tr>
      <w:tr w:rsidR="00792E55" w14:paraId="17F82BC5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02FC4DE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9/5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3A04AFE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769E404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40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45D3CF3" w14:textId="77777777" w:rsidR="00792E55" w:rsidRDefault="00792E55">
            <w:pPr>
              <w:spacing w:after="0" w:line="252" w:lineRule="auto"/>
            </w:pPr>
          </w:p>
        </w:tc>
      </w:tr>
      <w:tr w:rsidR="00792E55" w14:paraId="27A35942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6B3D0DA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9/6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B5FFC15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C569703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40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0EBF859" w14:textId="77777777" w:rsidR="00792E55" w:rsidRDefault="00792E55">
            <w:pPr>
              <w:spacing w:after="0" w:line="252" w:lineRule="auto"/>
            </w:pPr>
          </w:p>
        </w:tc>
      </w:tr>
      <w:tr w:rsidR="00792E55" w14:paraId="342563A6" w14:textId="77777777">
        <w:tc>
          <w:tcPr>
            <w:tcW w:w="115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0A3F43F" w14:textId="77777777" w:rsidR="00792E55" w:rsidRDefault="00000000">
            <w:pPr>
              <w:spacing w:after="0" w:line="252" w:lineRule="auto"/>
              <w:jc w:val="center"/>
            </w:pPr>
            <w:r>
              <w:rPr>
                <w:b/>
                <w:sz w:val="17"/>
              </w:rPr>
              <w:t>9/7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CDDE25C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210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741DC95" w14:textId="77777777" w:rsidR="00792E55" w:rsidRDefault="00000000">
            <w:pPr>
              <w:spacing w:after="0" w:line="252" w:lineRule="auto"/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4010" w:type="dxa"/>
            <w:tcBorders>
              <w:top w:val="single" w:sz="5" w:space="0" w:color="C9D2DC"/>
              <w:left w:val="single" w:sz="5" w:space="0" w:color="C9D2DC"/>
              <w:bottom w:val="single" w:sz="5" w:space="0" w:color="C9D2DC"/>
              <w:right w:val="single" w:sz="5" w:space="0" w:color="C9D2DC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4B80F07" w14:textId="77777777" w:rsidR="00792E55" w:rsidRDefault="00792E55">
            <w:pPr>
              <w:spacing w:after="0" w:line="252" w:lineRule="auto"/>
            </w:pPr>
          </w:p>
        </w:tc>
      </w:tr>
    </w:tbl>
    <w:p w14:paraId="196CA48F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On Labor Day, I want to celebrate that I:</w:t>
      </w:r>
    </w:p>
    <w:p w14:paraId="77F1BFD6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1059764C" w14:textId="77777777" w:rsidR="00792E55" w:rsidRDefault="00000000">
      <w:r>
        <w:br w:type="page"/>
      </w:r>
    </w:p>
    <w:p w14:paraId="531BF755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CLOSE THE LOOP</w:t>
      </w:r>
    </w:p>
    <w:p w14:paraId="72EC5AC8" w14:textId="77777777" w:rsidR="00792E55" w:rsidRDefault="00000000">
      <w:pPr>
        <w:pStyle w:val="Heading1"/>
        <w:spacing w:before="0"/>
      </w:pPr>
      <w:r>
        <w:t>What I Learned About Me</w:t>
      </w:r>
    </w:p>
    <w:p w14:paraId="7063A1DD" w14:textId="77777777" w:rsidR="00792E55" w:rsidRDefault="00000000">
      <w:pPr>
        <w:spacing w:after="200"/>
      </w:pPr>
      <w:r>
        <w:rPr>
          <w:i/>
          <w:color w:val="5F6B76"/>
          <w:sz w:val="21"/>
        </w:rPr>
        <w:t>Progress includes the evidence that you can return, adjust, and follow through.</w:t>
      </w:r>
    </w:p>
    <w:p w14:paraId="39459B30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biggest pattern tracking revealed:</w:t>
      </w:r>
    </w:p>
    <w:p w14:paraId="3E5F5CAD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6B732353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3B1F161F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routine anchor that helped most:</w:t>
      </w:r>
    </w:p>
    <w:p w14:paraId="32A07D8D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51FD5F57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003F73A3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moment I handled differently:</w:t>
      </w:r>
    </w:p>
    <w:p w14:paraId="1D43DE54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4FB4F324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6BE07DE6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What I want coaching on next:</w:t>
      </w:r>
    </w:p>
    <w:p w14:paraId="1E4AC7E2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35E2EF29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5DFDCB5D" w14:textId="77777777" w:rsidR="00792E55" w:rsidRDefault="00000000">
      <w:pPr>
        <w:pStyle w:val="Heading2"/>
      </w:pPr>
      <w:r>
        <w:t>Evidence behind this week</w:t>
      </w:r>
    </w:p>
    <w:p w14:paraId="6C6F95F6" w14:textId="77777777" w:rsidR="00792E55" w:rsidRDefault="00000000">
      <w:pPr>
        <w:pStyle w:val="ListBullet"/>
      </w:pPr>
      <w:hyperlink r:id="rId8">
        <w:r>
          <w:rPr>
            <w:color w:val="2E74B5"/>
            <w:u w:val="single"/>
          </w:rPr>
          <w:t>Dietary self-monitoring and weight-loss outcomes</w:t>
        </w:r>
      </w:hyperlink>
    </w:p>
    <w:p w14:paraId="0FD8DCC8" w14:textId="77777777" w:rsidR="00792E55" w:rsidRDefault="00000000">
      <w:pPr>
        <w:pStyle w:val="ListBullet"/>
      </w:pPr>
      <w:hyperlink r:id="rId9">
        <w:r>
          <w:rPr>
            <w:color w:val="2E74B5"/>
            <w:u w:val="single"/>
          </w:rPr>
          <w:t>NIH: the sleep-wake cycle and light cues</w:t>
        </w:r>
      </w:hyperlink>
    </w:p>
    <w:p w14:paraId="0D9A930A" w14:textId="77777777" w:rsidR="00792E55" w:rsidRDefault="00000000">
      <w:pPr>
        <w:pStyle w:val="ListBullet"/>
      </w:pPr>
      <w:hyperlink r:id="rId10">
        <w:r>
          <w:rPr>
            <w:color w:val="2E74B5"/>
            <w:u w:val="single"/>
          </w:rPr>
          <w:t>Endotext: GLP-1 physiology</w:t>
        </w:r>
      </w:hyperlink>
    </w:p>
    <w:p w14:paraId="7E07AAD0" w14:textId="77777777" w:rsidR="00792E55" w:rsidRDefault="00000000">
      <w:pPr>
        <w:pStyle w:val="ListBullet"/>
      </w:pPr>
      <w:hyperlink r:id="rId11">
        <w:r>
          <w:rPr>
            <w:color w:val="2E74B5"/>
            <w:u w:val="single"/>
          </w:rPr>
          <w:t>Exercise, appetite, and GLP-1</w:t>
        </w:r>
      </w:hyperlink>
    </w:p>
    <w:p w14:paraId="0730F902" w14:textId="77777777" w:rsidR="00792E55" w:rsidRDefault="00000000">
      <w:pPr>
        <w:shd w:val="clear" w:color="auto" w:fill="F2F4F7"/>
        <w:spacing w:before="100" w:after="160" w:line="276" w:lineRule="auto"/>
        <w:ind w:left="173" w:right="173"/>
      </w:pPr>
      <w:r>
        <w:rPr>
          <w:b/>
          <w:color w:val="7A5A00"/>
          <w:sz w:val="21"/>
        </w:rPr>
        <w:t xml:space="preserve">Health and inclusion note:  </w:t>
      </w:r>
      <w:r>
        <w:rPr>
          <w:sz w:val="21"/>
        </w:rPr>
        <w:t>This workbook is general education, not individualized medical care. Personalize tracking, exercise, fasting, and meal timing with a qualified healthcare professional if you are pregnant or breastfeeding; have diabetes, a gastrointestinal condition, or a current or past eating disorder; take glucose-lowering medicine; or use a GLP-1 medication.</w:t>
      </w:r>
    </w:p>
    <w:p w14:paraId="7CCD768C" w14:textId="77777777" w:rsidR="00792E55" w:rsidRDefault="00000000">
      <w:r>
        <w:br w:type="page"/>
      </w:r>
    </w:p>
    <w:p w14:paraId="7149DB3B" w14:textId="77777777" w:rsidR="00792E55" w:rsidRDefault="00000000">
      <w:pPr>
        <w:spacing w:after="100"/>
      </w:pPr>
      <w:r>
        <w:rPr>
          <w:b/>
          <w:color w:val="2E74B5"/>
          <w:sz w:val="18"/>
        </w:rPr>
        <w:lastRenderedPageBreak/>
        <w:t>BEYOND THE CHALLENGE</w:t>
      </w:r>
    </w:p>
    <w:p w14:paraId="396C68BC" w14:textId="77777777" w:rsidR="00792E55" w:rsidRDefault="00000000">
      <w:pPr>
        <w:pStyle w:val="Heading1"/>
        <w:spacing w:before="0"/>
      </w:pPr>
      <w:r>
        <w:t>My Next 90 Days</w:t>
      </w:r>
    </w:p>
    <w:p w14:paraId="0EFAC958" w14:textId="77777777" w:rsidR="00792E55" w:rsidRDefault="00000000">
      <w:pPr>
        <w:spacing w:after="200"/>
      </w:pPr>
      <w:r>
        <w:rPr>
          <w:i/>
          <w:color w:val="5F6B76"/>
          <w:sz w:val="21"/>
        </w:rPr>
        <w:t>Choose the habits that deserve to become part of your life.</w:t>
      </w:r>
    </w:p>
    <w:p w14:paraId="460AEEAA" w14:textId="77777777" w:rsidR="00792E55" w:rsidRDefault="00000000">
      <w:pPr>
        <w:pStyle w:val="Heading2"/>
      </w:pPr>
      <w:r>
        <w:t>The habits I am committed to continuing</w:t>
      </w:r>
    </w:p>
    <w:p w14:paraId="2C72C45A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Protein First</w:t>
      </w:r>
    </w:p>
    <w:p w14:paraId="49E38D4E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Meal Planning</w:t>
      </w:r>
    </w:p>
    <w:p w14:paraId="39B0D6A8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Morning Sunlight</w:t>
      </w:r>
    </w:p>
    <w:p w14:paraId="5027C565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Walking</w:t>
      </w:r>
    </w:p>
    <w:p w14:paraId="20CC8FC8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Tracking</w:t>
      </w:r>
    </w:p>
    <w:p w14:paraId="62B4A832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Strength Training</w:t>
      </w:r>
    </w:p>
    <w:p w14:paraId="47A57D60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Balanced Meals</w:t>
      </w:r>
    </w:p>
    <w:p w14:paraId="32C7A557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Weekly Prep</w:t>
      </w:r>
    </w:p>
    <w:p w14:paraId="301ECFCD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Between-Meal Abstinence</w:t>
      </w:r>
    </w:p>
    <w:p w14:paraId="2916B31B" w14:textId="77777777" w:rsidR="00792E55" w:rsidRDefault="00000000">
      <w:pPr>
        <w:spacing w:after="80"/>
        <w:ind w:left="29"/>
      </w:pPr>
      <w:r>
        <w:rPr>
          <w:b/>
          <w:color w:val="1F4D78"/>
        </w:rPr>
        <w:t xml:space="preserve">☐  </w:t>
      </w:r>
      <w:r>
        <w:rPr>
          <w:sz w:val="21"/>
        </w:rPr>
        <w:t>Grace Over Perfection</w:t>
      </w:r>
    </w:p>
    <w:p w14:paraId="66E1DF29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three habits I will protect first:</w:t>
      </w:r>
    </w:p>
    <w:p w14:paraId="023B0542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2D4574E4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5CA22658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53A5F4CE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weekly planning / prep appointment:</w:t>
      </w:r>
    </w:p>
    <w:p w14:paraId="20AD5FD3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3641E517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The support I will ask for:</w:t>
      </w:r>
    </w:p>
    <w:p w14:paraId="18FE691E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73135B7E" w14:textId="77777777" w:rsidR="00792E55" w:rsidRDefault="00000000">
      <w:pPr>
        <w:keepNext/>
        <w:spacing w:before="60" w:after="40"/>
      </w:pPr>
      <w:r>
        <w:rPr>
          <w:b/>
          <w:color w:val="1F4D78"/>
          <w:sz w:val="21"/>
        </w:rPr>
        <w:t>My identity statement for the next 90 days:</w:t>
      </w:r>
    </w:p>
    <w:p w14:paraId="48A9E86F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3946C750" w14:textId="77777777" w:rsidR="00792E55" w:rsidRDefault="00000000">
      <w:pPr>
        <w:keepLines/>
        <w:pBdr>
          <w:bottom w:val="single" w:sz="5" w:space="2" w:color="C9D2DC"/>
        </w:pBdr>
        <w:spacing w:after="60" w:line="240" w:lineRule="auto"/>
      </w:pPr>
      <w:r>
        <w:rPr>
          <w:sz w:val="18"/>
        </w:rPr>
        <w:t xml:space="preserve"> </w:t>
      </w:r>
    </w:p>
    <w:p w14:paraId="6B590B7F" w14:textId="77777777" w:rsidR="00792E55" w:rsidRDefault="00000000">
      <w:pPr>
        <w:shd w:val="clear" w:color="auto" w:fill="E8EEF5"/>
        <w:spacing w:before="100" w:after="160" w:line="276" w:lineRule="auto"/>
        <w:ind w:left="173" w:right="173"/>
      </w:pPr>
      <w:r>
        <w:rPr>
          <w:b/>
          <w:color w:val="1F4D78"/>
          <w:sz w:val="21"/>
        </w:rPr>
        <w:t xml:space="preserve">The challenge may be over,  </w:t>
      </w:r>
      <w:r>
        <w:rPr>
          <w:sz w:val="21"/>
        </w:rPr>
        <w:t>but my routine is just getting started.</w:t>
      </w:r>
    </w:p>
    <w:sectPr w:rsidR="00792E55" w:rsidSect="00034616">
      <w:headerReference w:type="default" r:id="rId12"/>
      <w:footerReference w:type="default" r:id="rId13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9D9143" w14:textId="77777777" w:rsidR="0027297F" w:rsidRDefault="0027297F">
      <w:pPr>
        <w:spacing w:after="0" w:line="240" w:lineRule="auto"/>
      </w:pPr>
      <w:r>
        <w:separator/>
      </w:r>
    </w:p>
  </w:endnote>
  <w:endnote w:type="continuationSeparator" w:id="0">
    <w:p w14:paraId="3B927A42" w14:textId="77777777" w:rsidR="0027297F" w:rsidRDefault="00272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8C36B8" w14:textId="638AA524" w:rsidR="00792E55" w:rsidRDefault="00000000">
    <w:pPr>
      <w:pStyle w:val="Footer"/>
      <w:jc w:val="center"/>
    </w:pPr>
    <w:r>
      <w:rPr>
        <w:b/>
        <w:color w:val="5F6B76"/>
        <w:sz w:val="16"/>
      </w:rPr>
      <w:t xml:space="preserve">© 2026 Brenda Bennett. All rights reserved.  |  </w:t>
    </w:r>
    <w:r>
      <w:rPr>
        <w:color w:val="5F6B76"/>
        <w:sz w:val="18"/>
      </w:rPr>
      <w:fldChar w:fldCharType="begin"/>
    </w:r>
    <w:r>
      <w:rPr>
        <w:color w:val="5F6B76"/>
        <w:sz w:val="18"/>
      </w:rPr>
      <w:instrText xml:space="preserve"> PAGE </w:instrText>
    </w:r>
    <w:r w:rsidR="00E44583">
      <w:rPr>
        <w:color w:val="5F6B76"/>
        <w:sz w:val="18"/>
      </w:rPr>
      <w:fldChar w:fldCharType="separate"/>
    </w:r>
    <w:r w:rsidR="00E44583">
      <w:rPr>
        <w:noProof/>
        <w:color w:val="5F6B76"/>
        <w:sz w:val="18"/>
      </w:rPr>
      <w:t>2</w:t>
    </w:r>
    <w:r>
      <w:rPr>
        <w:color w:val="5F6B76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440FD4" w14:textId="77777777" w:rsidR="0027297F" w:rsidRDefault="0027297F">
      <w:pPr>
        <w:spacing w:after="0" w:line="240" w:lineRule="auto"/>
      </w:pPr>
      <w:r>
        <w:separator/>
      </w:r>
    </w:p>
  </w:footnote>
  <w:footnote w:type="continuationSeparator" w:id="0">
    <w:p w14:paraId="110CB641" w14:textId="77777777" w:rsidR="0027297F" w:rsidRDefault="00272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52AB86" w14:textId="77777777" w:rsidR="00792E55" w:rsidRDefault="00000000">
    <w:pPr>
      <w:pStyle w:val="Header"/>
      <w:jc w:val="center"/>
    </w:pPr>
    <w:r>
      <w:rPr>
        <w:b/>
        <w:color w:val="5F6B76"/>
        <w:sz w:val="17"/>
      </w:rPr>
      <w:t xml:space="preserve">BUILD YOUR BEST </w:t>
    </w:r>
    <w:proofErr w:type="gramStart"/>
    <w:r>
      <w:rPr>
        <w:b/>
        <w:color w:val="5F6B76"/>
        <w:sz w:val="17"/>
      </w:rPr>
      <w:t>ROUTINE  |</w:t>
    </w:r>
    <w:proofErr w:type="gramEnd"/>
    <w:r>
      <w:rPr>
        <w:b/>
        <w:color w:val="5F6B76"/>
        <w:sz w:val="17"/>
      </w:rPr>
      <w:t xml:space="preserve">  21-DAY WORKBOOK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6671505">
    <w:abstractNumId w:val="8"/>
  </w:num>
  <w:num w:numId="2" w16cid:durableId="529495040">
    <w:abstractNumId w:val="6"/>
  </w:num>
  <w:num w:numId="3" w16cid:durableId="1132484529">
    <w:abstractNumId w:val="5"/>
  </w:num>
  <w:num w:numId="4" w16cid:durableId="82189168">
    <w:abstractNumId w:val="4"/>
  </w:num>
  <w:num w:numId="5" w16cid:durableId="344867500">
    <w:abstractNumId w:val="7"/>
  </w:num>
  <w:num w:numId="6" w16cid:durableId="1834370222">
    <w:abstractNumId w:val="3"/>
  </w:num>
  <w:num w:numId="7" w16cid:durableId="521938400">
    <w:abstractNumId w:val="2"/>
  </w:num>
  <w:num w:numId="8" w16cid:durableId="316999058">
    <w:abstractNumId w:val="1"/>
  </w:num>
  <w:num w:numId="9" w16cid:durableId="6934840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297F"/>
    <w:rsid w:val="0029639D"/>
    <w:rsid w:val="00326F90"/>
    <w:rsid w:val="00792E55"/>
    <w:rsid w:val="008D2B43"/>
    <w:rsid w:val="00AA1D8D"/>
    <w:rsid w:val="00B47730"/>
    <w:rsid w:val="00CA3FEE"/>
    <w:rsid w:val="00CB0664"/>
    <w:rsid w:val="00D16797"/>
    <w:rsid w:val="00E445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494736"/>
  <w14:defaultImageDpi w14:val="300"/>
  <w15:docId w15:val="{8AC98757-C72F-0244-ADB4-BAB3CA66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021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b/>
      <w:color w:val="0B2545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60" w:line="264" w:lineRule="auto"/>
    </w:pPr>
    <w:rPr>
      <w:rFonts w:asciiTheme="majorHAnsi" w:eastAsiaTheme="majorEastAsia" w:hAnsiTheme="majorHAnsi" w:cstheme="majorBidi"/>
      <w:i/>
      <w:iCs/>
      <w:color w:val="1F4D78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ind w:left="540" w:hanging="271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ind w:left="540" w:hanging="271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mc.ncbi.nlm.nih.gov/articles/PMC6647027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mc.ncbi.nlm.nih.gov/articles/PMC5729348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cbi.nlm.nih.gov/books/NBK27893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hlbi.nih.gov/health/sleep/sleep-wake-cycl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27</Pages>
  <Words>2901</Words>
  <Characters>16536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 Your Best Routine — 21 Days to Create Habits That Last</dc:title>
  <dc:subject>Draft member workbook for the August 6–26, 2026 coaching challenge</dc:subject>
  <dc:creator>Brenda Bennett</dc:creator>
  <cp:keywords>tracking, routines, midlife, GLP-1, circadian rhythm, coaching</cp:keywords>
  <dc:description>Draft for coach review</dc:description>
  <cp:lastModifiedBy>Brenda Bennett</cp:lastModifiedBy>
  <cp:revision>2</cp:revision>
  <dcterms:created xsi:type="dcterms:W3CDTF">2026-08-05T14:24:00Z</dcterms:created>
  <dcterms:modified xsi:type="dcterms:W3CDTF">2026-08-05T14:24:00Z</dcterms:modified>
  <cp:category/>
</cp:coreProperties>
</file>